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8BD" w:rsidRPr="006828BD" w:rsidRDefault="006828BD" w:rsidP="006828BD">
      <w:pPr>
        <w:spacing w:after="0" w:line="360" w:lineRule="auto"/>
        <w:jc w:val="center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t>İNTERNET SİTESİ AYDINLATMA METNİ</w:t>
      </w:r>
    </w:p>
    <w:p w:rsidR="006828BD" w:rsidRPr="006828BD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t>Genel</w:t>
      </w:r>
      <w:r w:rsidRPr="006828BD">
        <w:rPr>
          <w:rFonts w:ascii="Arial" w:hAnsi="Arial" w:cs="Arial"/>
          <w:b/>
          <w:bCs/>
          <w:lang w:val="tr-TR"/>
        </w:rPr>
        <w:br/>
      </w:r>
      <w:r w:rsidRPr="006828BD">
        <w:rPr>
          <w:rFonts w:ascii="Arial" w:hAnsi="Arial" w:cs="Arial"/>
          <w:lang w:val="tr-TR"/>
        </w:rPr>
        <w:t>Kişisel verilerin korunması şirketimizin en önemli öncelikleri arasındadır. Kişisel verileri;</w:t>
      </w:r>
      <w:r w:rsidRPr="006828BD">
        <w:rPr>
          <w:rFonts w:ascii="Arial" w:hAnsi="Arial" w:cs="Arial"/>
          <w:lang w:val="tr-TR"/>
        </w:rPr>
        <w:br/>
      </w:r>
    </w:p>
    <w:p w:rsidR="00541FD8" w:rsidRDefault="006828BD" w:rsidP="00D65CDB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lang w:val="tr-TR"/>
        </w:rPr>
      </w:pPr>
      <w:r w:rsidRPr="00541FD8">
        <w:rPr>
          <w:rFonts w:ascii="Arial" w:hAnsi="Arial" w:cs="Arial"/>
          <w:lang w:val="tr-TR"/>
        </w:rPr>
        <w:t>Hukuka ve dürüstlük kurallarına uygun olma,</w:t>
      </w:r>
    </w:p>
    <w:p w:rsidR="00541FD8" w:rsidRDefault="006828BD" w:rsidP="007C4307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lang w:val="tr-TR"/>
        </w:rPr>
      </w:pPr>
      <w:r w:rsidRPr="00541FD8">
        <w:rPr>
          <w:rFonts w:ascii="Arial" w:hAnsi="Arial" w:cs="Arial"/>
          <w:lang w:val="tr-TR"/>
        </w:rPr>
        <w:t>Doğru ve gerektiğinde güncel olma,</w:t>
      </w:r>
    </w:p>
    <w:p w:rsidR="00541FD8" w:rsidRDefault="006828BD" w:rsidP="00C550E1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lang w:val="tr-TR"/>
        </w:rPr>
      </w:pPr>
      <w:r w:rsidRPr="00541FD8">
        <w:rPr>
          <w:rFonts w:ascii="Arial" w:hAnsi="Arial" w:cs="Arial"/>
          <w:lang w:val="tr-TR"/>
        </w:rPr>
        <w:t>Belirli, açık ve meşru amaçlar için işleme,</w:t>
      </w:r>
    </w:p>
    <w:p w:rsidR="00541FD8" w:rsidRDefault="006828BD" w:rsidP="00BD4A0A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lang w:val="tr-TR"/>
        </w:rPr>
      </w:pPr>
      <w:r w:rsidRPr="00541FD8">
        <w:rPr>
          <w:rFonts w:ascii="Arial" w:hAnsi="Arial" w:cs="Arial"/>
          <w:lang w:val="tr-TR"/>
        </w:rPr>
        <w:t>İşleme amaçlarıyla bağlantılı, sınırlı ve ölçülü olma ve</w:t>
      </w:r>
    </w:p>
    <w:p w:rsidR="00541FD8" w:rsidRDefault="006828BD" w:rsidP="00BD4A0A">
      <w:pPr>
        <w:pStyle w:val="ListeParagraf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lang w:val="tr-TR"/>
        </w:rPr>
      </w:pPr>
      <w:r w:rsidRPr="00541FD8">
        <w:rPr>
          <w:rFonts w:ascii="Arial" w:hAnsi="Arial" w:cs="Arial"/>
          <w:lang w:val="tr-TR"/>
        </w:rPr>
        <w:t>İlgili mevzuatta öngörülen veya işleme amaçları için gerekli ve yasal olan süreler kadar güvenli bir şekilde muhafaza etme ilkeleri çerçevesinde işlediğimizi bildiririz.</w:t>
      </w:r>
    </w:p>
    <w:p w:rsidR="00541FD8" w:rsidRDefault="006828BD" w:rsidP="00541FD8">
      <w:pPr>
        <w:pStyle w:val="ListeParagraf"/>
        <w:spacing w:after="0" w:line="360" w:lineRule="auto"/>
        <w:ind w:left="0"/>
        <w:jc w:val="both"/>
        <w:rPr>
          <w:rFonts w:ascii="Arial" w:hAnsi="Arial" w:cs="Arial"/>
          <w:lang w:val="tr-TR"/>
        </w:rPr>
      </w:pPr>
      <w:r w:rsidRPr="00541FD8">
        <w:rPr>
          <w:rFonts w:ascii="Arial" w:hAnsi="Arial" w:cs="Arial"/>
          <w:lang w:val="tr-TR"/>
        </w:rPr>
        <w:t xml:space="preserve">Sizleri, </w:t>
      </w:r>
      <w:proofErr w:type="gramStart"/>
      <w:r w:rsidRPr="00541FD8">
        <w:rPr>
          <w:rFonts w:ascii="Arial" w:hAnsi="Arial" w:cs="Arial"/>
          <w:lang w:val="tr-TR"/>
        </w:rPr>
        <w:t>24/03/2016</w:t>
      </w:r>
      <w:proofErr w:type="gramEnd"/>
      <w:r w:rsidRPr="00541FD8">
        <w:rPr>
          <w:rFonts w:ascii="Arial" w:hAnsi="Arial" w:cs="Arial"/>
          <w:lang w:val="tr-TR"/>
        </w:rPr>
        <w:t xml:space="preserve"> tarihli ve 6698 sayılı Kişisel Verilerin Korunması Kanunu 10. Maddesi kapsamında veri sorumlusu sıfatı ile “</w:t>
      </w:r>
      <w:r w:rsidR="00541FD8">
        <w:rPr>
          <w:rFonts w:ascii="Arial" w:hAnsi="Arial" w:cs="Arial"/>
          <w:lang w:val="tr-TR"/>
        </w:rPr>
        <w:t xml:space="preserve">Karaağaç Mahallesi İstanbul Caddesi No:8/C Büyükçekmece / İSTANBUL </w:t>
      </w:r>
      <w:r w:rsidRPr="00541FD8">
        <w:rPr>
          <w:rFonts w:ascii="Arial" w:hAnsi="Arial" w:cs="Arial"/>
          <w:lang w:val="tr-TR"/>
        </w:rPr>
        <w:t xml:space="preserve">” adresinde bulunan </w:t>
      </w:r>
      <w:r w:rsidRPr="00541FD8">
        <w:rPr>
          <w:rFonts w:ascii="Arial" w:hAnsi="Arial" w:cs="Arial"/>
          <w:b/>
          <w:bCs/>
          <w:lang w:val="tr-TR"/>
        </w:rPr>
        <w:t>“</w:t>
      </w:r>
      <w:proofErr w:type="spellStart"/>
      <w:r w:rsidRPr="00541FD8">
        <w:rPr>
          <w:rFonts w:ascii="Arial" w:hAnsi="Arial" w:cs="Arial"/>
          <w:b/>
          <w:bCs/>
          <w:szCs w:val="24"/>
        </w:rPr>
        <w:t>Nurtaş</w:t>
      </w:r>
      <w:proofErr w:type="spellEnd"/>
      <w:r w:rsidRPr="00541FD8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541FD8">
        <w:rPr>
          <w:rFonts w:ascii="Arial" w:hAnsi="Arial" w:cs="Arial"/>
          <w:b/>
          <w:bCs/>
          <w:szCs w:val="24"/>
        </w:rPr>
        <w:t>Mutfak</w:t>
      </w:r>
      <w:proofErr w:type="spellEnd"/>
      <w:r w:rsidRPr="00541FD8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541FD8">
        <w:rPr>
          <w:rFonts w:ascii="Arial" w:hAnsi="Arial" w:cs="Arial"/>
          <w:b/>
          <w:bCs/>
          <w:szCs w:val="24"/>
        </w:rPr>
        <w:t>Malz</w:t>
      </w:r>
      <w:proofErr w:type="spellEnd"/>
      <w:r w:rsidRPr="00541FD8">
        <w:rPr>
          <w:rFonts w:ascii="Arial" w:hAnsi="Arial" w:cs="Arial"/>
          <w:b/>
          <w:bCs/>
          <w:szCs w:val="24"/>
        </w:rPr>
        <w:t xml:space="preserve">. </w:t>
      </w:r>
      <w:proofErr w:type="spellStart"/>
      <w:r w:rsidRPr="00541FD8">
        <w:rPr>
          <w:rFonts w:ascii="Arial" w:hAnsi="Arial" w:cs="Arial"/>
          <w:b/>
          <w:bCs/>
          <w:szCs w:val="24"/>
        </w:rPr>
        <w:t>İnş</w:t>
      </w:r>
      <w:proofErr w:type="spellEnd"/>
      <w:r w:rsidRPr="00541FD8">
        <w:rPr>
          <w:rFonts w:ascii="Arial" w:hAnsi="Arial" w:cs="Arial"/>
          <w:b/>
          <w:bCs/>
          <w:szCs w:val="24"/>
        </w:rPr>
        <w:t xml:space="preserve">. San. Paz. </w:t>
      </w:r>
      <w:proofErr w:type="spellStart"/>
      <w:proofErr w:type="gramStart"/>
      <w:r w:rsidRPr="00541FD8">
        <w:rPr>
          <w:rFonts w:ascii="Arial" w:hAnsi="Arial" w:cs="Arial"/>
          <w:b/>
          <w:bCs/>
          <w:szCs w:val="24"/>
        </w:rPr>
        <w:t>ve</w:t>
      </w:r>
      <w:proofErr w:type="spellEnd"/>
      <w:proofErr w:type="gramEnd"/>
      <w:r w:rsidRPr="00541FD8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541FD8">
        <w:rPr>
          <w:rFonts w:ascii="Arial" w:hAnsi="Arial" w:cs="Arial"/>
          <w:b/>
          <w:bCs/>
          <w:szCs w:val="24"/>
        </w:rPr>
        <w:t>Dış</w:t>
      </w:r>
      <w:proofErr w:type="spellEnd"/>
      <w:r w:rsidRPr="00541FD8">
        <w:rPr>
          <w:rFonts w:ascii="Arial" w:hAnsi="Arial" w:cs="Arial"/>
          <w:b/>
          <w:bCs/>
          <w:szCs w:val="24"/>
        </w:rPr>
        <w:t xml:space="preserve"> Tic. Ltd. </w:t>
      </w:r>
      <w:proofErr w:type="spellStart"/>
      <w:r w:rsidRPr="00541FD8">
        <w:rPr>
          <w:rFonts w:ascii="Arial" w:hAnsi="Arial" w:cs="Arial"/>
          <w:b/>
          <w:bCs/>
          <w:szCs w:val="24"/>
        </w:rPr>
        <w:t>Şti</w:t>
      </w:r>
      <w:proofErr w:type="spellEnd"/>
      <w:r w:rsidRPr="00541FD8">
        <w:rPr>
          <w:rFonts w:ascii="Arial" w:hAnsi="Arial" w:cs="Arial"/>
          <w:b/>
          <w:bCs/>
          <w:szCs w:val="24"/>
        </w:rPr>
        <w:t>.</w:t>
      </w:r>
      <w:r w:rsidRPr="00541FD8">
        <w:rPr>
          <w:rFonts w:ascii="Arial" w:hAnsi="Arial" w:cs="Arial"/>
          <w:b/>
          <w:bCs/>
          <w:lang w:val="tr-TR"/>
        </w:rPr>
        <w:t xml:space="preserve">” </w:t>
      </w:r>
      <w:r w:rsidRPr="00541FD8">
        <w:rPr>
          <w:rFonts w:ascii="Arial" w:hAnsi="Arial" w:cs="Arial"/>
          <w:lang w:val="tr-TR"/>
        </w:rPr>
        <w:t xml:space="preserve">olarak aydınlatma yükümlülüğümüzü yerine getirmek amacıyla bu </w:t>
      </w:r>
      <w:r w:rsidR="00541FD8">
        <w:rPr>
          <w:rFonts w:ascii="Arial" w:hAnsi="Arial" w:cs="Arial"/>
          <w:lang w:val="tr-TR"/>
        </w:rPr>
        <w:t xml:space="preserve">bilgilendirmeyi </w:t>
      </w:r>
      <w:r w:rsidRPr="00541FD8">
        <w:rPr>
          <w:rFonts w:ascii="Arial" w:hAnsi="Arial" w:cs="Arial"/>
          <w:lang w:val="tr-TR"/>
        </w:rPr>
        <w:t xml:space="preserve">sunarız. </w:t>
      </w:r>
    </w:p>
    <w:p w:rsidR="00541FD8" w:rsidRDefault="006828BD" w:rsidP="00541FD8">
      <w:pPr>
        <w:pStyle w:val="ListeParagraf"/>
        <w:spacing w:after="0" w:line="360" w:lineRule="auto"/>
        <w:ind w:left="0"/>
        <w:jc w:val="both"/>
        <w:rPr>
          <w:rFonts w:ascii="Arial" w:hAnsi="Arial" w:cs="Arial"/>
          <w:lang w:val="tr-TR"/>
        </w:rPr>
      </w:pPr>
      <w:proofErr w:type="gramStart"/>
      <w:r w:rsidRPr="006828BD">
        <w:rPr>
          <w:rFonts w:ascii="Arial" w:hAnsi="Arial" w:cs="Arial"/>
          <w:lang w:val="tr-TR"/>
        </w:rPr>
        <w:t>Yürütmekte olduğumuz tüm kişisel veri işleme faaliyetlerind</w:t>
      </w:r>
      <w:r>
        <w:rPr>
          <w:rFonts w:ascii="Arial" w:hAnsi="Arial" w:cs="Arial"/>
          <w:lang w:val="tr-TR"/>
        </w:rPr>
        <w:t xml:space="preserve">e KVKK başta olmak üzere ilgili </w:t>
      </w:r>
      <w:r w:rsidRPr="006828BD">
        <w:rPr>
          <w:rFonts w:ascii="Arial" w:hAnsi="Arial" w:cs="Arial"/>
          <w:lang w:val="tr-TR"/>
        </w:rPr>
        <w:t>mevzuatta aranan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tüm yükümlülüklere ve ilkelere uygun hareket e</w:t>
      </w:r>
      <w:r>
        <w:rPr>
          <w:rFonts w:ascii="Arial" w:hAnsi="Arial" w:cs="Arial"/>
          <w:lang w:val="tr-TR"/>
        </w:rPr>
        <w:t xml:space="preserve">tmekte ve kişisel verilerinizin </w:t>
      </w:r>
      <w:r w:rsidRPr="006828BD">
        <w:rPr>
          <w:rFonts w:ascii="Arial" w:hAnsi="Arial" w:cs="Arial"/>
          <w:lang w:val="tr-TR"/>
        </w:rPr>
        <w:t>hukuka aykırı olarak işlenmesini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önlemek, kişisel verilerinize hu</w:t>
      </w:r>
      <w:r>
        <w:rPr>
          <w:rFonts w:ascii="Arial" w:hAnsi="Arial" w:cs="Arial"/>
          <w:lang w:val="tr-TR"/>
        </w:rPr>
        <w:t xml:space="preserve">kuka aykırı olarak erişilmesini </w:t>
      </w:r>
      <w:r w:rsidRPr="006828BD">
        <w:rPr>
          <w:rFonts w:ascii="Arial" w:hAnsi="Arial" w:cs="Arial"/>
          <w:lang w:val="tr-TR"/>
        </w:rPr>
        <w:t>önlemek ve kişisel verilerinizin muhafazasını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sağlamak amacıyl</w:t>
      </w:r>
      <w:r w:rsidR="00541FD8">
        <w:rPr>
          <w:rFonts w:ascii="Arial" w:hAnsi="Arial" w:cs="Arial"/>
          <w:lang w:val="tr-TR"/>
        </w:rPr>
        <w:t xml:space="preserve">a uygun güvenlik düzeyini temin </w:t>
      </w:r>
      <w:r w:rsidRPr="006828BD">
        <w:rPr>
          <w:rFonts w:ascii="Arial" w:hAnsi="Arial" w:cs="Arial"/>
          <w:lang w:val="tr-TR"/>
        </w:rPr>
        <w:t>etmeye yönelik gerekli her türlü teknik ve idari tedbirleri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almaktayız.</w:t>
      </w:r>
      <w:r w:rsidR="00541FD8">
        <w:rPr>
          <w:rFonts w:ascii="Arial" w:hAnsi="Arial" w:cs="Arial"/>
          <w:lang w:val="tr-TR"/>
        </w:rPr>
        <w:t xml:space="preserve"> </w:t>
      </w:r>
      <w:proofErr w:type="gramEnd"/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Kişisel Verilerin Korunması Kanunu ve ilgili diğer kanun hü</w:t>
      </w:r>
      <w:r>
        <w:rPr>
          <w:rFonts w:ascii="Arial" w:hAnsi="Arial" w:cs="Arial"/>
          <w:lang w:val="tr-TR"/>
        </w:rPr>
        <w:t xml:space="preserve">kümlerine uygun olarak işlenmiş </w:t>
      </w:r>
      <w:r w:rsidRPr="006828BD">
        <w:rPr>
          <w:rFonts w:ascii="Arial" w:hAnsi="Arial" w:cs="Arial"/>
          <w:lang w:val="tr-TR"/>
        </w:rPr>
        <w:t>olmasına rağmen,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işlenmesini gerektiren sebeplerin ortadan k</w:t>
      </w:r>
      <w:r>
        <w:rPr>
          <w:rFonts w:ascii="Arial" w:hAnsi="Arial" w:cs="Arial"/>
          <w:lang w:val="tr-TR"/>
        </w:rPr>
        <w:t xml:space="preserve">alkması hâlinde kişisel veriler </w:t>
      </w:r>
      <w:r w:rsidRPr="006828BD">
        <w:rPr>
          <w:rFonts w:ascii="Arial" w:hAnsi="Arial" w:cs="Arial"/>
          <w:lang w:val="tr-TR"/>
        </w:rPr>
        <w:t>resen veya ilgili kişinin talebi üzerine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şirketimiz tarafından silinir, yok edilir veya anonim hâle getirilir. Kişisel verilerin silinmesi, yok edilmesi veya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anonim hâle g</w:t>
      </w:r>
      <w:r>
        <w:rPr>
          <w:rFonts w:ascii="Arial" w:hAnsi="Arial" w:cs="Arial"/>
          <w:lang w:val="tr-TR"/>
        </w:rPr>
        <w:t xml:space="preserve">etirilmesi ile ilgili detaylara </w:t>
      </w:r>
      <w:r w:rsidRPr="006828BD">
        <w:rPr>
          <w:rFonts w:ascii="Arial" w:hAnsi="Arial" w:cs="Arial"/>
          <w:lang w:val="tr-TR"/>
        </w:rPr>
        <w:t>internet sitemizde de yayınlanan Kişisel Verilerin Korunması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Politikası içerisinde ulaşabilirsiniz.</w:t>
      </w:r>
      <w:r>
        <w:rPr>
          <w:rFonts w:ascii="Arial" w:hAnsi="Arial" w:cs="Arial"/>
          <w:lang w:val="tr-TR"/>
        </w:rPr>
        <w:t xml:space="preserve"> </w:t>
      </w:r>
    </w:p>
    <w:p w:rsidR="00541FD8" w:rsidRDefault="00541FD8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t>İşlenen Kişisel Veriler</w:t>
      </w:r>
      <w:r>
        <w:rPr>
          <w:rFonts w:ascii="Arial" w:hAnsi="Arial" w:cs="Arial"/>
          <w:b/>
          <w:bCs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Kimlik bilgileri: Adı, soyadı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E-Posta adresi, telefon numarası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İşlem güvenliği bilgileri: IP adresi bilgileri, internet sitesi giriş çıkış bilgileri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Çerez Kayıtları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Diğer: Kendi isteğiniz ile göndermiş olduğunuz her türlü bilgi, talep metni, mesajın içeriği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lastRenderedPageBreak/>
        <w:t>Kişisel Veri İşleme Amaçları</w:t>
      </w:r>
      <w:r>
        <w:rPr>
          <w:rFonts w:ascii="Arial" w:hAnsi="Arial" w:cs="Arial"/>
          <w:b/>
          <w:bCs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6698 sayılı Kişisel Verilerin Korunması Kanunu ile düzenlenen şartlar uyarınca kişisel verileriniz;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5651 sayılı kanunu kapsamında internet erişim ve kullanım kaydının tutulmasına ilişkin</w:t>
      </w:r>
      <w:r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yükümlülüklerin yerine getirilmesi,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Yetkisiz internet erişiminin önlenmesi,</w:t>
      </w:r>
      <w:r>
        <w:rPr>
          <w:rFonts w:ascii="Arial" w:hAnsi="Arial" w:cs="Arial"/>
          <w:lang w:val="tr-TR"/>
        </w:rPr>
        <w:t xml:space="preserve"> </w:t>
      </w:r>
    </w:p>
    <w:p w:rsid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Hukuken gerekli işlemlerin/kayıtların bildirimlerin gerçekleştirilmesi,</w:t>
      </w:r>
      <w:r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Bilgi güvenliği süreçlerinin yürütülmesi,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Talep / </w:t>
      </w:r>
      <w:r w:rsidR="00541FD8" w:rsidRPr="006828BD">
        <w:rPr>
          <w:rFonts w:ascii="Arial" w:hAnsi="Arial" w:cs="Arial"/>
          <w:lang w:val="tr-TR"/>
        </w:rPr>
        <w:t>Şikâyetlerin</w:t>
      </w:r>
      <w:r w:rsidRPr="006828BD">
        <w:rPr>
          <w:rFonts w:ascii="Arial" w:hAnsi="Arial" w:cs="Arial"/>
          <w:lang w:val="tr-TR"/>
        </w:rPr>
        <w:t xml:space="preserve"> Takibi</w:t>
      </w:r>
      <w:r w:rsidR="00541FD8">
        <w:rPr>
          <w:rFonts w:ascii="Arial" w:hAnsi="Arial" w:cs="Arial"/>
          <w:lang w:val="tr-TR"/>
        </w:rPr>
        <w:t xml:space="preserve"> 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İletişim Faaliyetlerinin Yürütülmesi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Müşteri İlişkileri Yönetimi Süreçlerinin Yürütülmesi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İç Denetim/ Soruşturma / İstihbarat Faaliyetlerinin Yürütülmesi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Veri Sorumlusu Operasyonlarının Güvenliğinin Temini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Ziyaretçi kayıtlarının oluşturulması ve takibi 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Şirket iş süreçlerinin mevzuata uygun olarak yürüt</w:t>
      </w:r>
      <w:r w:rsidR="00541FD8">
        <w:rPr>
          <w:rFonts w:ascii="Arial" w:hAnsi="Arial" w:cs="Arial"/>
          <w:lang w:val="tr-TR"/>
        </w:rPr>
        <w:t xml:space="preserve">ülmesi, kanunlardan kaynaklanan </w:t>
      </w:r>
      <w:r w:rsidRPr="006828BD">
        <w:rPr>
          <w:rFonts w:ascii="Arial" w:hAnsi="Arial" w:cs="Arial"/>
          <w:lang w:val="tr-TR"/>
        </w:rPr>
        <w:t>yükümlülüklerin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yerine getirilmesi, kanun uyarınca elde edilen ki</w:t>
      </w:r>
      <w:r w:rsidR="00541FD8">
        <w:rPr>
          <w:rFonts w:ascii="Arial" w:hAnsi="Arial" w:cs="Arial"/>
          <w:lang w:val="tr-TR"/>
        </w:rPr>
        <w:t xml:space="preserve">şisel verilerin kaydedilmesi ve </w:t>
      </w:r>
      <w:r w:rsidRPr="006828BD">
        <w:rPr>
          <w:rFonts w:ascii="Arial" w:hAnsi="Arial" w:cs="Arial"/>
          <w:lang w:val="tr-TR"/>
        </w:rPr>
        <w:t>saklanması, yetkili kurum ve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kuruluşlara bilgi verilmesi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İnternet sitesinin ziyaret edilmesi ile toplanan veriler kapsamın</w:t>
      </w:r>
      <w:r w:rsidR="00541FD8">
        <w:rPr>
          <w:rFonts w:ascii="Arial" w:hAnsi="Arial" w:cs="Arial"/>
          <w:lang w:val="tr-TR"/>
        </w:rPr>
        <w:t xml:space="preserve">da sitenin iyileştirilmesi, web </w:t>
      </w:r>
      <w:r w:rsidRPr="006828BD">
        <w:rPr>
          <w:rFonts w:ascii="Arial" w:hAnsi="Arial" w:cs="Arial"/>
          <w:lang w:val="tr-TR"/>
        </w:rPr>
        <w:t>sitesinin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çalışması, müşteri kaydının oluşturulması gibi süreçl</w:t>
      </w:r>
      <w:r w:rsidR="00541FD8">
        <w:rPr>
          <w:rFonts w:ascii="Arial" w:hAnsi="Arial" w:cs="Arial"/>
          <w:lang w:val="tr-TR"/>
        </w:rPr>
        <w:t xml:space="preserve">erin yürütülmesi ile müşterinin </w:t>
      </w:r>
      <w:r w:rsidRPr="006828BD">
        <w:rPr>
          <w:rFonts w:ascii="Arial" w:hAnsi="Arial" w:cs="Arial"/>
          <w:lang w:val="tr-TR"/>
        </w:rPr>
        <w:t>onayına istinaden takip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ve reklam çerezleri vasıtasıyla kişiselle</w:t>
      </w:r>
      <w:r w:rsidR="00541FD8">
        <w:rPr>
          <w:rFonts w:ascii="Arial" w:hAnsi="Arial" w:cs="Arial"/>
          <w:lang w:val="tr-TR"/>
        </w:rPr>
        <w:t xml:space="preserve">ştirilmiş reklamların sunulması </w:t>
      </w:r>
      <w:r w:rsidRPr="006828BD">
        <w:rPr>
          <w:rFonts w:ascii="Arial" w:hAnsi="Arial" w:cs="Arial"/>
          <w:lang w:val="tr-TR"/>
        </w:rPr>
        <w:t>amacıyla işlenmektedir.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541FD8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t>Kişisel Veri İşlemenin Hukuki Sebebi ve Toplamanın Yöntemi</w:t>
      </w:r>
      <w:r w:rsidR="00541FD8">
        <w:rPr>
          <w:rFonts w:ascii="Arial" w:hAnsi="Arial" w:cs="Arial"/>
          <w:b/>
          <w:bCs/>
          <w:lang w:val="tr-TR"/>
        </w:rPr>
        <w:t xml:space="preserve"> </w:t>
      </w:r>
    </w:p>
    <w:p w:rsidR="00541FD8" w:rsidRDefault="00541FD8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Kişisel verileriniz Kanunun 5. </w:t>
      </w:r>
      <w:r w:rsidR="006828BD" w:rsidRPr="006828BD">
        <w:rPr>
          <w:rFonts w:ascii="Arial" w:hAnsi="Arial" w:cs="Arial"/>
          <w:lang w:val="tr-TR"/>
        </w:rPr>
        <w:t>maddesinde yer alan; “İlgili kişinin açık rızasının bulunması”, “Kanunlarda açıkça</w:t>
      </w:r>
      <w:r>
        <w:rPr>
          <w:rFonts w:ascii="Arial" w:hAnsi="Arial" w:cs="Arial"/>
          <w:lang w:val="tr-TR"/>
        </w:rPr>
        <w:t xml:space="preserve"> öngörülmesi.”, </w:t>
      </w:r>
      <w:r w:rsidR="006828BD" w:rsidRPr="006828BD">
        <w:rPr>
          <w:rFonts w:ascii="Arial" w:hAnsi="Arial" w:cs="Arial"/>
          <w:lang w:val="tr-TR"/>
        </w:rPr>
        <w:t>“Bir hakkın tesisi, kullanılması veya korunması için veri işlemenin zorunlu olması.”, “Bir</w:t>
      </w:r>
      <w:r>
        <w:rPr>
          <w:rFonts w:ascii="Arial" w:hAnsi="Arial" w:cs="Arial"/>
          <w:lang w:val="tr-TR"/>
        </w:rPr>
        <w:t xml:space="preserve"> </w:t>
      </w:r>
      <w:r w:rsidR="006828BD" w:rsidRPr="006828BD">
        <w:rPr>
          <w:rFonts w:ascii="Arial" w:hAnsi="Arial" w:cs="Arial"/>
          <w:lang w:val="tr-TR"/>
        </w:rPr>
        <w:t>sözleşmenin kurulması veya ifasıyla doğrudan doğruya ilg</w:t>
      </w:r>
      <w:r>
        <w:rPr>
          <w:rFonts w:ascii="Arial" w:hAnsi="Arial" w:cs="Arial"/>
          <w:lang w:val="tr-TR"/>
        </w:rPr>
        <w:t xml:space="preserve">ili olması kaydıyla sözleşmenin </w:t>
      </w:r>
      <w:r w:rsidR="006828BD" w:rsidRPr="006828BD">
        <w:rPr>
          <w:rFonts w:ascii="Arial" w:hAnsi="Arial" w:cs="Arial"/>
          <w:lang w:val="tr-TR"/>
        </w:rPr>
        <w:t>taraflarına ait kişisel</w:t>
      </w:r>
      <w:r>
        <w:rPr>
          <w:rFonts w:ascii="Arial" w:hAnsi="Arial" w:cs="Arial"/>
          <w:lang w:val="tr-TR"/>
        </w:rPr>
        <w:t xml:space="preserve"> </w:t>
      </w:r>
      <w:r w:rsidR="006828BD" w:rsidRPr="006828BD">
        <w:rPr>
          <w:rFonts w:ascii="Arial" w:hAnsi="Arial" w:cs="Arial"/>
          <w:lang w:val="tr-TR"/>
        </w:rPr>
        <w:t>verilerin islenmesinin gerekli olma</w:t>
      </w:r>
      <w:r>
        <w:rPr>
          <w:rFonts w:ascii="Arial" w:hAnsi="Arial" w:cs="Arial"/>
          <w:lang w:val="tr-TR"/>
        </w:rPr>
        <w:t xml:space="preserve">sı.”, “Veri sorumlusunun hukuki </w:t>
      </w:r>
      <w:r w:rsidR="006828BD" w:rsidRPr="006828BD">
        <w:rPr>
          <w:rFonts w:ascii="Arial" w:hAnsi="Arial" w:cs="Arial"/>
          <w:lang w:val="tr-TR"/>
        </w:rPr>
        <w:t>yükümlülüğünü yeri</w:t>
      </w:r>
      <w:bookmarkStart w:id="0" w:name="_GoBack"/>
      <w:bookmarkEnd w:id="0"/>
      <w:r w:rsidR="006828BD" w:rsidRPr="006828BD">
        <w:rPr>
          <w:rFonts w:ascii="Arial" w:hAnsi="Arial" w:cs="Arial"/>
          <w:lang w:val="tr-TR"/>
        </w:rPr>
        <w:t>ne getirebilmesi için</w:t>
      </w:r>
      <w:r>
        <w:rPr>
          <w:rFonts w:ascii="Arial" w:hAnsi="Arial" w:cs="Arial"/>
          <w:lang w:val="tr-TR"/>
        </w:rPr>
        <w:t xml:space="preserve"> </w:t>
      </w:r>
      <w:r w:rsidR="006828BD" w:rsidRPr="006828BD">
        <w:rPr>
          <w:rFonts w:ascii="Arial" w:hAnsi="Arial" w:cs="Arial"/>
          <w:lang w:val="tr-TR"/>
        </w:rPr>
        <w:t xml:space="preserve">zorunlu olması.” </w:t>
      </w:r>
      <w:r>
        <w:rPr>
          <w:rFonts w:ascii="Arial" w:hAnsi="Arial" w:cs="Arial"/>
          <w:lang w:val="tr-TR"/>
        </w:rPr>
        <w:t xml:space="preserve">ve“ İlgili kişinin temel hak ve </w:t>
      </w:r>
      <w:r w:rsidR="006828BD" w:rsidRPr="006828BD">
        <w:rPr>
          <w:rFonts w:ascii="Arial" w:hAnsi="Arial" w:cs="Arial"/>
          <w:lang w:val="tr-TR"/>
        </w:rPr>
        <w:t>özgürlüklerine zarar vermemek kaydıyla, veri sorumlusunun</w:t>
      </w:r>
      <w:r>
        <w:rPr>
          <w:rFonts w:ascii="Arial" w:hAnsi="Arial" w:cs="Arial"/>
          <w:lang w:val="tr-TR"/>
        </w:rPr>
        <w:t xml:space="preserve"> meşru menfaatleri için veri </w:t>
      </w:r>
      <w:r w:rsidR="006828BD" w:rsidRPr="006828BD">
        <w:rPr>
          <w:rFonts w:ascii="Arial" w:hAnsi="Arial" w:cs="Arial"/>
          <w:lang w:val="tr-TR"/>
        </w:rPr>
        <w:t>işlenmesinin zorunlu olması” sebeplerine dayanarak işlenmektedir.</w:t>
      </w:r>
      <w:r>
        <w:rPr>
          <w:rFonts w:ascii="Arial" w:hAnsi="Arial" w:cs="Arial"/>
          <w:lang w:val="tr-TR"/>
        </w:rPr>
        <w:t xml:space="preserve"> </w:t>
      </w:r>
    </w:p>
    <w:p w:rsidR="00541FD8" w:rsidRDefault="00541FD8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Kişisel verilerin toplanması </w:t>
      </w:r>
      <w:r w:rsidR="006828BD" w:rsidRPr="006828BD">
        <w:rPr>
          <w:rFonts w:ascii="Arial" w:hAnsi="Arial" w:cs="Arial"/>
          <w:lang w:val="tr-TR"/>
        </w:rPr>
        <w:t>yöntemi otomatik şekilde, yarı otomatik şekilde ya da otomatik olmayan şekilde</w:t>
      </w:r>
      <w:r>
        <w:rPr>
          <w:rFonts w:ascii="Arial" w:hAnsi="Arial" w:cs="Arial"/>
          <w:lang w:val="tr-TR"/>
        </w:rPr>
        <w:t xml:space="preserve"> gerçekleşebilir. </w:t>
      </w:r>
      <w:r w:rsidR="006828BD" w:rsidRPr="006828BD">
        <w:rPr>
          <w:rFonts w:ascii="Arial" w:hAnsi="Arial" w:cs="Arial"/>
          <w:lang w:val="tr-TR"/>
        </w:rPr>
        <w:t>Bu şekillerde bilgiler alınarak, veri kayıt sisteminin bir parçası olur.</w:t>
      </w:r>
      <w:r>
        <w:rPr>
          <w:rFonts w:ascii="Arial" w:hAnsi="Arial" w:cs="Arial"/>
          <w:lang w:val="tr-TR"/>
        </w:rPr>
        <w:t xml:space="preserve"> Kişisel verileriniz, anlaşmalı </w:t>
      </w:r>
      <w:r w:rsidR="006828BD" w:rsidRPr="006828BD">
        <w:rPr>
          <w:rFonts w:ascii="Arial" w:hAnsi="Arial" w:cs="Arial"/>
          <w:lang w:val="tr-TR"/>
        </w:rPr>
        <w:t>olduğumuz internet tedarikçisi firma ile paylaşılmaktadır.</w:t>
      </w:r>
      <w:r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lastRenderedPageBreak/>
        <w:t>Kişisel Verilerin Aktarımı</w:t>
      </w:r>
      <w:r w:rsidR="00541FD8">
        <w:rPr>
          <w:rFonts w:ascii="Arial" w:hAnsi="Arial" w:cs="Arial"/>
          <w:b/>
          <w:bCs/>
          <w:lang w:val="tr-TR"/>
        </w:rPr>
        <w:t xml:space="preserve"> </w:t>
      </w:r>
      <w:r w:rsidRPr="006828BD">
        <w:rPr>
          <w:rFonts w:ascii="Arial" w:hAnsi="Arial" w:cs="Arial"/>
          <w:b/>
          <w:bCs/>
          <w:lang w:val="tr-TR"/>
        </w:rPr>
        <w:t>Yurtiçi</w:t>
      </w:r>
      <w:r w:rsidR="00541FD8">
        <w:rPr>
          <w:rFonts w:ascii="Arial" w:hAnsi="Arial" w:cs="Arial"/>
          <w:b/>
          <w:bCs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 xml:space="preserve">Kişisel veriler, ilgili kişinin açık rızası olmaksızın aktarılamaz. </w:t>
      </w:r>
      <w:r w:rsidR="00541FD8">
        <w:rPr>
          <w:rFonts w:ascii="Arial" w:hAnsi="Arial" w:cs="Arial"/>
          <w:lang w:val="tr-TR"/>
        </w:rPr>
        <w:t xml:space="preserve">Kişisel veriler; Kanunun 5’inci </w:t>
      </w:r>
      <w:r w:rsidRPr="006828BD">
        <w:rPr>
          <w:rFonts w:ascii="Arial" w:hAnsi="Arial" w:cs="Arial"/>
          <w:lang w:val="tr-TR"/>
        </w:rPr>
        <w:t>maddesinin ikinci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fıkrasında, yeterli önlemler alınmak kay</w:t>
      </w:r>
      <w:r w:rsidR="00541FD8">
        <w:rPr>
          <w:rFonts w:ascii="Arial" w:hAnsi="Arial" w:cs="Arial"/>
          <w:lang w:val="tr-TR"/>
        </w:rPr>
        <w:t xml:space="preserve">dıyla, kanunun 6’ncı maddesinin </w:t>
      </w:r>
      <w:r w:rsidRPr="006828BD">
        <w:rPr>
          <w:rFonts w:ascii="Arial" w:hAnsi="Arial" w:cs="Arial"/>
          <w:lang w:val="tr-TR"/>
        </w:rPr>
        <w:t>üçüncü fıkrasında, belirtilen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şartlardan birinin bulunması hâli</w:t>
      </w:r>
      <w:r w:rsidR="00541FD8">
        <w:rPr>
          <w:rFonts w:ascii="Arial" w:hAnsi="Arial" w:cs="Arial"/>
          <w:lang w:val="tr-TR"/>
        </w:rPr>
        <w:t xml:space="preserve">nde, ilgili kişinin açık rızası </w:t>
      </w:r>
      <w:r w:rsidRPr="006828BD">
        <w:rPr>
          <w:rFonts w:ascii="Arial" w:hAnsi="Arial" w:cs="Arial"/>
          <w:lang w:val="tr-TR"/>
        </w:rPr>
        <w:t>aranmaksızın aktarılabilir. Kişisel verilerin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aktarılmasına il</w:t>
      </w:r>
      <w:r w:rsidR="00541FD8">
        <w:rPr>
          <w:rFonts w:ascii="Arial" w:hAnsi="Arial" w:cs="Arial"/>
          <w:lang w:val="tr-TR"/>
        </w:rPr>
        <w:t xml:space="preserve">işkin diğer kanunlarda yer alan </w:t>
      </w:r>
      <w:r w:rsidRPr="006828BD">
        <w:rPr>
          <w:rFonts w:ascii="Arial" w:hAnsi="Arial" w:cs="Arial"/>
          <w:lang w:val="tr-TR"/>
        </w:rPr>
        <w:t>hükümler saklıdır.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Şirketimiz, bu verileri gerektiğinde idari organla</w:t>
      </w:r>
      <w:r w:rsidR="00541FD8">
        <w:rPr>
          <w:rFonts w:ascii="Arial" w:hAnsi="Arial" w:cs="Arial"/>
          <w:lang w:val="tr-TR"/>
        </w:rPr>
        <w:t xml:space="preserve">r ve yargı mercilerine “Kişisel </w:t>
      </w:r>
      <w:r w:rsidRPr="006828BD">
        <w:rPr>
          <w:rFonts w:ascii="Arial" w:hAnsi="Arial" w:cs="Arial"/>
          <w:lang w:val="tr-TR"/>
        </w:rPr>
        <w:t>Veri İşleme Amaçları” başlığında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 xml:space="preserve">yer alan amaçlarla </w:t>
      </w:r>
      <w:r w:rsidR="00541FD8">
        <w:rPr>
          <w:rFonts w:ascii="Arial" w:hAnsi="Arial" w:cs="Arial"/>
          <w:lang w:val="tr-TR"/>
        </w:rPr>
        <w:t xml:space="preserve">sınırlı ve orantılı olmak üzere </w:t>
      </w:r>
      <w:r w:rsidRPr="006828BD">
        <w:rPr>
          <w:rFonts w:ascii="Arial" w:hAnsi="Arial" w:cs="Arial"/>
          <w:lang w:val="tr-TR"/>
        </w:rPr>
        <w:t>aktarılabilecektir.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541FD8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t>Yurtdışı</w:t>
      </w:r>
      <w:r w:rsidR="00541FD8">
        <w:rPr>
          <w:rFonts w:ascii="Arial" w:hAnsi="Arial" w:cs="Arial"/>
          <w:b/>
          <w:bCs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Kişisel veriler, kanunun 5’inci ve 6’ncı maddelerinde belirtile</w:t>
      </w:r>
      <w:r w:rsidR="00541FD8">
        <w:rPr>
          <w:rFonts w:ascii="Arial" w:hAnsi="Arial" w:cs="Arial"/>
          <w:lang w:val="tr-TR"/>
        </w:rPr>
        <w:t xml:space="preserve">n şartlardan birinin varlığı ve </w:t>
      </w:r>
      <w:r w:rsidRPr="006828BD">
        <w:rPr>
          <w:rFonts w:ascii="Arial" w:hAnsi="Arial" w:cs="Arial"/>
          <w:lang w:val="tr-TR"/>
        </w:rPr>
        <w:t>aktarımın yapılacağı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ülke, ülke içerisindeki sektörler veya u</w:t>
      </w:r>
      <w:r w:rsidR="00541FD8">
        <w:rPr>
          <w:rFonts w:ascii="Arial" w:hAnsi="Arial" w:cs="Arial"/>
          <w:lang w:val="tr-TR"/>
        </w:rPr>
        <w:t xml:space="preserve">luslararası kuruluşlar hakkında </w:t>
      </w:r>
      <w:r w:rsidRPr="006828BD">
        <w:rPr>
          <w:rFonts w:ascii="Arial" w:hAnsi="Arial" w:cs="Arial"/>
          <w:lang w:val="tr-TR"/>
        </w:rPr>
        <w:t>yeterlilik kararı bulunması halinde, veri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sorumluları ve veri iş</w:t>
      </w:r>
      <w:r w:rsidR="00541FD8">
        <w:rPr>
          <w:rFonts w:ascii="Arial" w:hAnsi="Arial" w:cs="Arial"/>
          <w:lang w:val="tr-TR"/>
        </w:rPr>
        <w:t xml:space="preserve">leyenler tarafından yurt dışına </w:t>
      </w:r>
      <w:r w:rsidRPr="006828BD">
        <w:rPr>
          <w:rFonts w:ascii="Arial" w:hAnsi="Arial" w:cs="Arial"/>
          <w:lang w:val="tr-TR"/>
        </w:rPr>
        <w:t>aktarılabilir.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Veri sorumluları ve veri işleyenler, yeterlilik kararının bulunmam</w:t>
      </w:r>
      <w:r w:rsidR="00541FD8">
        <w:rPr>
          <w:rFonts w:ascii="Arial" w:hAnsi="Arial" w:cs="Arial"/>
          <w:lang w:val="tr-TR"/>
        </w:rPr>
        <w:t xml:space="preserve">ası ve kanunun dördüncü fıkrada </w:t>
      </w:r>
      <w:r w:rsidRPr="006828BD">
        <w:rPr>
          <w:rFonts w:ascii="Arial" w:hAnsi="Arial" w:cs="Arial"/>
          <w:lang w:val="tr-TR"/>
        </w:rPr>
        <w:t>öngörülen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uygun güvencelerden herhangi birinin sağla</w:t>
      </w:r>
      <w:r w:rsidR="00541FD8">
        <w:rPr>
          <w:rFonts w:ascii="Arial" w:hAnsi="Arial" w:cs="Arial"/>
          <w:lang w:val="tr-TR"/>
        </w:rPr>
        <w:t xml:space="preserve">namaması durumunda, arızi olmak </w:t>
      </w:r>
      <w:r w:rsidRPr="006828BD">
        <w:rPr>
          <w:rFonts w:ascii="Arial" w:hAnsi="Arial" w:cs="Arial"/>
          <w:lang w:val="tr-TR"/>
        </w:rPr>
        <w:t>kaydıyla altıncı fıkradaki a, b,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c, ç, d, e ve f hallerden birinin varlığı halinde yurt dışına kişisel veri aktarabilir.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Şirketimiz, bu verileri gerektiğinde güvenlik ve kamera sist</w:t>
      </w:r>
      <w:r w:rsidR="00541FD8">
        <w:rPr>
          <w:rFonts w:ascii="Arial" w:hAnsi="Arial" w:cs="Arial"/>
          <w:lang w:val="tr-TR"/>
        </w:rPr>
        <w:t xml:space="preserve">emini yöneten şirket ile polis, </w:t>
      </w:r>
      <w:r w:rsidRPr="006828BD">
        <w:rPr>
          <w:rFonts w:ascii="Arial" w:hAnsi="Arial" w:cs="Arial"/>
          <w:lang w:val="tr-TR"/>
        </w:rPr>
        <w:t>jandarma ve diğer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 xml:space="preserve">güvenlik görevlileri ile ve idari organlar ve </w:t>
      </w:r>
      <w:r w:rsidR="00541FD8">
        <w:rPr>
          <w:rFonts w:ascii="Arial" w:hAnsi="Arial" w:cs="Arial"/>
          <w:lang w:val="tr-TR"/>
        </w:rPr>
        <w:t xml:space="preserve">yargı mercilerine “Kişisel Veri </w:t>
      </w:r>
      <w:r w:rsidRPr="006828BD">
        <w:rPr>
          <w:rFonts w:ascii="Arial" w:hAnsi="Arial" w:cs="Arial"/>
          <w:lang w:val="tr-TR"/>
        </w:rPr>
        <w:t>İşleme Amaçları” başlığında yer alan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amaçlarla sınırlı ve orantılı olmak üzere aktarılabilecektir.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541FD8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b/>
          <w:bCs/>
          <w:lang w:val="tr-TR"/>
        </w:rPr>
      </w:pPr>
      <w:r w:rsidRPr="006828BD">
        <w:rPr>
          <w:rFonts w:ascii="Arial" w:hAnsi="Arial" w:cs="Arial"/>
          <w:b/>
          <w:bCs/>
          <w:lang w:val="tr-TR"/>
        </w:rPr>
        <w:t>Kişisel Verilerin Korunması Kanunu’na Göre Haklar</w:t>
      </w:r>
      <w:r w:rsidR="00541FD8">
        <w:rPr>
          <w:rFonts w:ascii="Arial" w:hAnsi="Arial" w:cs="Arial"/>
          <w:b/>
          <w:bCs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Kanun’un 11. Maddesi kapsamında dilediğiniz zaman şirketimize başvurarak kişisel verilerinizin;</w:t>
      </w:r>
      <w:r w:rsidRPr="006828BD">
        <w:rPr>
          <w:rFonts w:ascii="Arial" w:hAnsi="Arial" w:cs="Arial"/>
          <w:lang w:val="tr-TR"/>
        </w:rPr>
        <w:br/>
      </w: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verinizin işlenip işlenmediğini öğrenme,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 işlenmişse buna ilişkin bilgi talep etme,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verinizin işlenme amacını ve bunların amacına uy</w:t>
      </w:r>
      <w:r w:rsidR="00541FD8">
        <w:rPr>
          <w:rFonts w:ascii="Arial" w:hAnsi="Arial" w:cs="Arial"/>
          <w:lang w:val="tr-TR"/>
        </w:rPr>
        <w:t xml:space="preserve">gun kullanılıp kullanılmadığını </w:t>
      </w:r>
      <w:r w:rsidRPr="006828BD">
        <w:rPr>
          <w:rFonts w:ascii="Arial" w:hAnsi="Arial" w:cs="Arial"/>
          <w:lang w:val="tr-TR"/>
        </w:rPr>
        <w:t>öğrenme,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Yurt içinde veya yurt dışında kişisel verinizin aktarıldığı üçüncü kişileri bilme,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verinizin eksik veya yanlış işlenmiş olması hâlinde bunların düzeltilmesini isteme,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verinizin silinmesini veya yok edilmesini isteme,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verinizin düzeltilmesi, silinmesi ya da yok edilmesi</w:t>
      </w:r>
      <w:r w:rsidR="00541FD8">
        <w:rPr>
          <w:rFonts w:ascii="Arial" w:hAnsi="Arial" w:cs="Arial"/>
          <w:lang w:val="tr-TR"/>
        </w:rPr>
        <w:t xml:space="preserve"> halinde bu işlemlerin, kişisel </w:t>
      </w:r>
      <w:r w:rsidRPr="006828BD">
        <w:rPr>
          <w:rFonts w:ascii="Arial" w:hAnsi="Arial" w:cs="Arial"/>
          <w:lang w:val="tr-TR"/>
        </w:rPr>
        <w:t>verinizin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aktarıldığı üçüncü kişilere bildirilmesini isteme,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lastRenderedPageBreak/>
        <w:t>❖</w:t>
      </w:r>
      <w:r w:rsidRPr="006828BD">
        <w:rPr>
          <w:rFonts w:ascii="Arial" w:hAnsi="Arial" w:cs="Arial"/>
          <w:lang w:val="tr-TR"/>
        </w:rPr>
        <w:t xml:space="preserve"> İşlenen verinizin münhasıran otomatik sistemler vasıta</w:t>
      </w:r>
      <w:r w:rsidR="00541FD8">
        <w:rPr>
          <w:rFonts w:ascii="Arial" w:hAnsi="Arial" w:cs="Arial"/>
          <w:lang w:val="tr-TR"/>
        </w:rPr>
        <w:t xml:space="preserve">sıyla analiz edilmesi suretiyle </w:t>
      </w:r>
      <w:r w:rsidRPr="006828BD">
        <w:rPr>
          <w:rFonts w:ascii="Arial" w:hAnsi="Arial" w:cs="Arial"/>
          <w:lang w:val="tr-TR"/>
        </w:rPr>
        <w:t>aleyhinize bir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sonucun ortaya çıkmasına itiraz etme,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Segoe UI Symbol" w:hAnsi="Segoe UI Symbol" w:cs="Segoe UI Symbol"/>
          <w:lang w:val="tr-TR"/>
        </w:rPr>
        <w:t>❖</w:t>
      </w:r>
      <w:r w:rsidRPr="006828BD">
        <w:rPr>
          <w:rFonts w:ascii="Arial" w:hAnsi="Arial" w:cs="Arial"/>
          <w:lang w:val="tr-TR"/>
        </w:rPr>
        <w:t xml:space="preserve"> Kişisel verinizin kanuna aykırı olarak işlenmesi sebebiyle zarara uğramanız hâlinde </w:t>
      </w:r>
      <w:r w:rsidR="00541FD8" w:rsidRPr="006828BD">
        <w:rPr>
          <w:rFonts w:ascii="Arial" w:hAnsi="Arial" w:cs="Arial"/>
          <w:lang w:val="tr-TR"/>
        </w:rPr>
        <w:t>zararın</w:t>
      </w:r>
      <w:r w:rsidR="00541FD8">
        <w:rPr>
          <w:rFonts w:ascii="Arial" w:hAnsi="Arial" w:cs="Arial"/>
          <w:lang w:val="tr-TR"/>
        </w:rPr>
        <w:t xml:space="preserve"> giderilmesini</w:t>
      </w:r>
      <w:r w:rsidRPr="006828BD">
        <w:rPr>
          <w:rFonts w:ascii="Arial" w:hAnsi="Arial" w:cs="Arial"/>
          <w:lang w:val="tr-TR"/>
        </w:rPr>
        <w:t xml:space="preserve"> talep etme haklarınız bulunmaktadır.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Kişisel veri</w:t>
      </w:r>
      <w:r w:rsidR="00541FD8">
        <w:rPr>
          <w:rFonts w:ascii="Arial" w:hAnsi="Arial" w:cs="Arial"/>
          <w:lang w:val="tr-TR"/>
        </w:rPr>
        <w:t xml:space="preserve">ler ile ilgili bilgi almak veya </w:t>
      </w:r>
      <w:r w:rsidRPr="006828BD">
        <w:rPr>
          <w:rFonts w:ascii="Arial" w:hAnsi="Arial" w:cs="Arial"/>
          <w:lang w:val="tr-TR"/>
        </w:rPr>
        <w:t>başvuruda bulunmak isteyen kişiler, kanunun ilgili kişinin haklarını</w:t>
      </w:r>
      <w:r w:rsidR="00541FD8">
        <w:rPr>
          <w:rFonts w:ascii="Arial" w:hAnsi="Arial" w:cs="Arial"/>
          <w:lang w:val="tr-TR"/>
        </w:rPr>
        <w:t xml:space="preserve"> düzenleyen 11. Maddesi </w:t>
      </w:r>
      <w:r w:rsidRPr="006828BD">
        <w:rPr>
          <w:rFonts w:ascii="Arial" w:hAnsi="Arial" w:cs="Arial"/>
          <w:lang w:val="tr-TR"/>
        </w:rPr>
        <w:t>kapsamındaki taleplerini, “Veri Sorumlusuna Başvuru Usul ve Esasları Hakkında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Tebliğ</w:t>
      </w:r>
      <w:r w:rsidR="00541FD8">
        <w:rPr>
          <w:rFonts w:ascii="Arial" w:hAnsi="Arial" w:cs="Arial"/>
          <w:lang w:val="tr-TR"/>
        </w:rPr>
        <w:t xml:space="preserve">’e” göre </w:t>
      </w:r>
      <w:r w:rsidRPr="006828BD">
        <w:rPr>
          <w:rFonts w:ascii="Arial" w:hAnsi="Arial" w:cs="Arial"/>
          <w:lang w:val="tr-TR"/>
        </w:rPr>
        <w:t>Kişisel Veri Sahibi Başvuru Formu ‘nu doldurarak başvuruda bulunabilirler.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Not: Başvuru şekilleri ve detayları “Kişisel Veri Sahibi Başvuru Formu</w:t>
      </w:r>
      <w:r w:rsidR="00541FD8">
        <w:rPr>
          <w:rFonts w:ascii="Arial" w:hAnsi="Arial" w:cs="Arial"/>
          <w:lang w:val="tr-TR"/>
        </w:rPr>
        <w:t xml:space="preserve">” içerisinde </w:t>
      </w:r>
      <w:r w:rsidRPr="006828BD">
        <w:rPr>
          <w:rFonts w:ascii="Arial" w:hAnsi="Arial" w:cs="Arial"/>
          <w:lang w:val="tr-TR"/>
        </w:rPr>
        <w:t>detaylandırılmıştır.</w:t>
      </w:r>
      <w:r w:rsidR="00541FD8">
        <w:rPr>
          <w:rFonts w:ascii="Arial" w:hAnsi="Arial" w:cs="Arial"/>
          <w:lang w:val="tr-TR"/>
        </w:rPr>
        <w:t xml:space="preserve"> </w:t>
      </w:r>
    </w:p>
    <w:p w:rsidR="00541FD8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İşbu aydınlatma metni, değişen şartlara ve hukuki düzenlemelere uyum sağlamak amacıyla</w:t>
      </w:r>
      <w:r w:rsidR="00541FD8">
        <w:rPr>
          <w:rFonts w:ascii="Arial" w:hAnsi="Arial" w:cs="Arial"/>
          <w:lang w:val="tr-TR"/>
        </w:rPr>
        <w:t xml:space="preserve"> </w:t>
      </w:r>
      <w:r w:rsidRPr="006828BD">
        <w:rPr>
          <w:rFonts w:ascii="Arial" w:hAnsi="Arial" w:cs="Arial"/>
          <w:lang w:val="tr-TR"/>
        </w:rPr>
        <w:t>güncellenebilecektir. Şirketimiz tarafından yapılacak güncellemeler internet sitesi üzerin</w:t>
      </w:r>
      <w:r w:rsidR="00541FD8">
        <w:rPr>
          <w:rFonts w:ascii="Arial" w:hAnsi="Arial" w:cs="Arial"/>
          <w:lang w:val="tr-TR"/>
        </w:rPr>
        <w:t xml:space="preserve">den </w:t>
      </w:r>
      <w:r w:rsidRPr="006828BD">
        <w:rPr>
          <w:rFonts w:ascii="Arial" w:hAnsi="Arial" w:cs="Arial"/>
          <w:lang w:val="tr-TR"/>
        </w:rPr>
        <w:t>bildirilecektir.</w:t>
      </w:r>
      <w:r w:rsidRPr="006828BD">
        <w:rPr>
          <w:rFonts w:ascii="Arial" w:hAnsi="Arial" w:cs="Arial"/>
          <w:lang w:val="tr-TR"/>
        </w:rPr>
        <w:br/>
      </w:r>
    </w:p>
    <w:p w:rsidR="006828BD" w:rsidRPr="006828BD" w:rsidRDefault="006828BD" w:rsidP="006828BD">
      <w:pPr>
        <w:spacing w:after="0" w:line="360" w:lineRule="auto"/>
        <w:jc w:val="both"/>
        <w:rPr>
          <w:rFonts w:ascii="Arial" w:hAnsi="Arial" w:cs="Arial"/>
          <w:lang w:val="tr-TR"/>
        </w:rPr>
      </w:pPr>
      <w:r w:rsidRPr="006828BD">
        <w:rPr>
          <w:rFonts w:ascii="Arial" w:hAnsi="Arial" w:cs="Arial"/>
          <w:lang w:val="tr-TR"/>
        </w:rPr>
        <w:t>Bilgilerinize saygılarımızla sunarız</w:t>
      </w:r>
    </w:p>
    <w:sectPr w:rsidR="006828BD" w:rsidRPr="006828BD" w:rsidSect="006828B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8675165"/>
    <w:multiLevelType w:val="hybridMultilevel"/>
    <w:tmpl w:val="AA4A61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45FA"/>
    <w:rsid w:val="00541FD8"/>
    <w:rsid w:val="006828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77A0DF8-1C97-47F2-9C71-4CE0D155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43A318-1BA7-42B9-B396-AD616F862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2013-12-23T23:15:00Z</dcterms:created>
  <dcterms:modified xsi:type="dcterms:W3CDTF">2026-08-05T14:54:00Z</dcterms:modified>
  <cp:category/>
</cp:coreProperties>
</file>