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707" w:rsidRPr="00BC7A41" w:rsidRDefault="00653707" w:rsidP="00BC7A41">
      <w:pPr>
        <w:spacing w:after="0" w:line="360" w:lineRule="auto"/>
        <w:rPr>
          <w:rFonts w:ascii="Arial" w:hAnsi="Arial" w:cs="Arial"/>
          <w:b/>
          <w:bCs/>
          <w:szCs w:val="24"/>
          <w:lang w:val="tr-TR"/>
        </w:rPr>
      </w:pPr>
      <w:r w:rsidRPr="00E12413">
        <w:rPr>
          <w:rFonts w:ascii="Arial" w:hAnsi="Arial" w:cs="Arial"/>
          <w:szCs w:val="24"/>
          <w:lang w:val="tr-TR"/>
        </w:rPr>
        <w:t xml:space="preserve">1. </w:t>
      </w:r>
      <w:r w:rsidRPr="00E12413">
        <w:rPr>
          <w:rFonts w:ascii="Arial" w:hAnsi="Arial" w:cs="Arial"/>
          <w:b/>
          <w:bCs/>
          <w:szCs w:val="24"/>
          <w:lang w:val="tr-TR"/>
        </w:rPr>
        <w:t>GİRİŞ</w:t>
      </w:r>
      <w:r w:rsidRPr="00E12413">
        <w:rPr>
          <w:rFonts w:ascii="Arial" w:hAnsi="Arial" w:cs="Arial"/>
          <w:b/>
          <w:bCs/>
          <w:szCs w:val="24"/>
          <w:lang w:val="tr-TR"/>
        </w:rPr>
        <w:br/>
      </w:r>
      <w:r w:rsidRPr="00E12413">
        <w:rPr>
          <w:rFonts w:ascii="Arial" w:hAnsi="Arial" w:cs="Arial"/>
          <w:szCs w:val="24"/>
          <w:lang w:val="tr-TR"/>
        </w:rPr>
        <w:t>Çerez Aydınlatma; akıllı telefon, tablet, bilgisayar gibi bir web sitesine erişim sağlayacak her türlü cihaz için hangi kişisel verilerin depolandığını, bu kişisel verilerin hangi amaç/amaçlarla kullanıldığı ve nasıl çalıştığını belirten bilgilendirici metindir.</w:t>
      </w:r>
    </w:p>
    <w:p w:rsidR="00BC7A41" w:rsidRDefault="00653707" w:rsidP="00653707">
      <w:pPr>
        <w:spacing w:after="0" w:line="360" w:lineRule="auto"/>
        <w:jc w:val="both"/>
        <w:rPr>
          <w:rFonts w:ascii="Arial" w:hAnsi="Arial" w:cs="Arial"/>
          <w:szCs w:val="24"/>
          <w:lang w:val="tr-TR"/>
        </w:rPr>
      </w:pPr>
      <w:r w:rsidRPr="00E12413">
        <w:rPr>
          <w:rFonts w:ascii="Arial" w:hAnsi="Arial" w:cs="Arial"/>
          <w:szCs w:val="24"/>
          <w:lang w:val="tr-TR"/>
        </w:rPr>
        <w:t xml:space="preserve">“Karaağaç Mahallesi, İstanbul Caddesi, No:8/C, Büyükçekmece, İstanbul </w:t>
      </w:r>
      <w:r w:rsidR="003533EF" w:rsidRPr="00E12413">
        <w:rPr>
          <w:rFonts w:ascii="Arial" w:hAnsi="Arial" w:cs="Arial"/>
          <w:szCs w:val="24"/>
          <w:lang w:val="tr-TR"/>
        </w:rPr>
        <w:t xml:space="preserve">” </w:t>
      </w:r>
      <w:r w:rsidRPr="00E12413">
        <w:rPr>
          <w:rFonts w:ascii="Arial" w:hAnsi="Arial" w:cs="Arial"/>
          <w:szCs w:val="24"/>
          <w:lang w:val="tr-TR"/>
        </w:rPr>
        <w:t xml:space="preserve">adresinde mukim </w:t>
      </w:r>
      <w:r w:rsidRPr="00E12413">
        <w:rPr>
          <w:rFonts w:ascii="Arial" w:hAnsi="Arial" w:cs="Arial"/>
          <w:b/>
          <w:bCs/>
          <w:szCs w:val="24"/>
          <w:lang w:val="tr-TR"/>
        </w:rPr>
        <w:t>“</w:t>
      </w:r>
      <w:proofErr w:type="spellStart"/>
      <w:r w:rsidRPr="00E12413">
        <w:rPr>
          <w:rFonts w:ascii="Arial" w:hAnsi="Arial" w:cs="Arial"/>
          <w:b/>
          <w:bCs/>
          <w:szCs w:val="24"/>
        </w:rPr>
        <w:t>Nurtaş</w:t>
      </w:r>
      <w:proofErr w:type="spellEnd"/>
      <w:r w:rsidRPr="00E12413">
        <w:rPr>
          <w:rFonts w:ascii="Arial" w:hAnsi="Arial" w:cs="Arial"/>
          <w:b/>
          <w:bCs/>
          <w:szCs w:val="24"/>
        </w:rPr>
        <w:t xml:space="preserve"> </w:t>
      </w:r>
      <w:proofErr w:type="spellStart"/>
      <w:r w:rsidRPr="00E12413">
        <w:rPr>
          <w:rFonts w:ascii="Arial" w:hAnsi="Arial" w:cs="Arial"/>
          <w:b/>
          <w:bCs/>
          <w:szCs w:val="24"/>
        </w:rPr>
        <w:t>Mutfak</w:t>
      </w:r>
      <w:proofErr w:type="spellEnd"/>
      <w:r w:rsidRPr="00E12413">
        <w:rPr>
          <w:rFonts w:ascii="Arial" w:hAnsi="Arial" w:cs="Arial"/>
          <w:b/>
          <w:bCs/>
          <w:szCs w:val="24"/>
        </w:rPr>
        <w:t xml:space="preserve"> </w:t>
      </w:r>
      <w:proofErr w:type="spellStart"/>
      <w:r w:rsidRPr="00E12413">
        <w:rPr>
          <w:rFonts w:ascii="Arial" w:hAnsi="Arial" w:cs="Arial"/>
          <w:b/>
          <w:bCs/>
          <w:szCs w:val="24"/>
        </w:rPr>
        <w:t>Malz</w:t>
      </w:r>
      <w:proofErr w:type="spellEnd"/>
      <w:r w:rsidRPr="00E12413">
        <w:rPr>
          <w:rFonts w:ascii="Arial" w:hAnsi="Arial" w:cs="Arial"/>
          <w:b/>
          <w:bCs/>
          <w:szCs w:val="24"/>
        </w:rPr>
        <w:t xml:space="preserve">. </w:t>
      </w:r>
      <w:proofErr w:type="spellStart"/>
      <w:r w:rsidRPr="00E12413">
        <w:rPr>
          <w:rFonts w:ascii="Arial" w:hAnsi="Arial" w:cs="Arial"/>
          <w:b/>
          <w:bCs/>
          <w:szCs w:val="24"/>
        </w:rPr>
        <w:t>İnş</w:t>
      </w:r>
      <w:proofErr w:type="spellEnd"/>
      <w:r w:rsidRPr="00E12413">
        <w:rPr>
          <w:rFonts w:ascii="Arial" w:hAnsi="Arial" w:cs="Arial"/>
          <w:b/>
          <w:bCs/>
          <w:szCs w:val="24"/>
        </w:rPr>
        <w:t xml:space="preserve">. San. Paz. </w:t>
      </w:r>
      <w:proofErr w:type="spellStart"/>
      <w:proofErr w:type="gramStart"/>
      <w:r w:rsidRPr="00E12413">
        <w:rPr>
          <w:rFonts w:ascii="Arial" w:hAnsi="Arial" w:cs="Arial"/>
          <w:b/>
          <w:bCs/>
          <w:szCs w:val="24"/>
        </w:rPr>
        <w:t>ve</w:t>
      </w:r>
      <w:proofErr w:type="spellEnd"/>
      <w:proofErr w:type="gramEnd"/>
      <w:r w:rsidRPr="00E12413">
        <w:rPr>
          <w:rFonts w:ascii="Arial" w:hAnsi="Arial" w:cs="Arial"/>
          <w:b/>
          <w:bCs/>
          <w:szCs w:val="24"/>
        </w:rPr>
        <w:t xml:space="preserve"> </w:t>
      </w:r>
      <w:proofErr w:type="spellStart"/>
      <w:r w:rsidRPr="00E12413">
        <w:rPr>
          <w:rFonts w:ascii="Arial" w:hAnsi="Arial" w:cs="Arial"/>
          <w:b/>
          <w:bCs/>
          <w:szCs w:val="24"/>
        </w:rPr>
        <w:t>Dış</w:t>
      </w:r>
      <w:proofErr w:type="spellEnd"/>
      <w:r w:rsidRPr="00E12413">
        <w:rPr>
          <w:rFonts w:ascii="Arial" w:hAnsi="Arial" w:cs="Arial"/>
          <w:b/>
          <w:bCs/>
          <w:szCs w:val="24"/>
        </w:rPr>
        <w:t xml:space="preserve"> Tic. Ltd. </w:t>
      </w:r>
      <w:proofErr w:type="spellStart"/>
      <w:r w:rsidRPr="00E12413">
        <w:rPr>
          <w:rFonts w:ascii="Arial" w:hAnsi="Arial" w:cs="Arial"/>
          <w:b/>
          <w:bCs/>
          <w:szCs w:val="24"/>
        </w:rPr>
        <w:t>Şti</w:t>
      </w:r>
      <w:proofErr w:type="spellEnd"/>
      <w:r w:rsidRPr="00E12413">
        <w:rPr>
          <w:rFonts w:ascii="Arial" w:hAnsi="Arial" w:cs="Arial"/>
          <w:b/>
          <w:bCs/>
          <w:szCs w:val="24"/>
        </w:rPr>
        <w:t>.</w:t>
      </w:r>
      <w:r w:rsidRPr="00E12413">
        <w:rPr>
          <w:rFonts w:ascii="Arial" w:hAnsi="Arial" w:cs="Arial"/>
          <w:b/>
          <w:bCs/>
          <w:szCs w:val="24"/>
          <w:lang w:val="tr-TR"/>
        </w:rPr>
        <w:t xml:space="preserve">” </w:t>
      </w:r>
      <w:r w:rsidRPr="00E12413">
        <w:rPr>
          <w:rFonts w:ascii="Arial" w:hAnsi="Arial" w:cs="Arial"/>
          <w:szCs w:val="24"/>
          <w:lang w:val="tr-TR"/>
        </w:rPr>
        <w:t>(“</w:t>
      </w:r>
      <w:r w:rsidRPr="00E12413">
        <w:rPr>
          <w:rFonts w:ascii="Arial" w:hAnsi="Arial" w:cs="Arial"/>
          <w:b/>
          <w:bCs/>
          <w:szCs w:val="24"/>
          <w:lang w:val="tr-TR"/>
        </w:rPr>
        <w:t>NURTAŞ”)</w:t>
      </w:r>
      <w:r w:rsidRPr="00E12413">
        <w:rPr>
          <w:rFonts w:ascii="Arial" w:hAnsi="Arial" w:cs="Arial"/>
          <w:szCs w:val="24"/>
          <w:lang w:val="tr-TR"/>
        </w:rPr>
        <w:t xml:space="preserve"> veya “</w:t>
      </w:r>
      <w:r w:rsidRPr="00E12413">
        <w:rPr>
          <w:rFonts w:ascii="Arial" w:hAnsi="Arial" w:cs="Arial"/>
          <w:b/>
          <w:bCs/>
          <w:szCs w:val="24"/>
          <w:lang w:val="tr-TR"/>
        </w:rPr>
        <w:t>biz</w:t>
      </w:r>
      <w:r w:rsidRPr="00E12413">
        <w:rPr>
          <w:rFonts w:ascii="Arial" w:hAnsi="Arial" w:cs="Arial"/>
          <w:szCs w:val="24"/>
          <w:lang w:val="tr-TR"/>
        </w:rPr>
        <w:t>”</w:t>
      </w:r>
      <w:proofErr w:type="gramStart"/>
      <w:r w:rsidRPr="00E12413">
        <w:rPr>
          <w:rFonts w:ascii="Arial" w:hAnsi="Arial" w:cs="Arial"/>
          <w:szCs w:val="24"/>
          <w:lang w:val="tr-TR"/>
        </w:rPr>
        <w:t>)</w:t>
      </w:r>
      <w:proofErr w:type="gramEnd"/>
      <w:r w:rsidRPr="00E12413">
        <w:rPr>
          <w:rFonts w:ascii="Arial" w:hAnsi="Arial" w:cs="Arial"/>
          <w:szCs w:val="24"/>
          <w:lang w:val="tr-TR"/>
        </w:rPr>
        <w:t xml:space="preserve"> olarak,</w:t>
      </w:r>
      <w:r w:rsidR="003533EF" w:rsidRPr="00E12413">
        <w:rPr>
          <w:rFonts w:ascii="Arial" w:hAnsi="Arial" w:cs="Arial"/>
          <w:szCs w:val="24"/>
          <w:lang w:val="tr-TR"/>
        </w:rPr>
        <w:t xml:space="preserve"> </w:t>
      </w:r>
      <w:r w:rsidRPr="00E12413">
        <w:rPr>
          <w:rFonts w:ascii="Arial" w:hAnsi="Arial" w:cs="Arial"/>
          <w:szCs w:val="24"/>
          <w:lang w:val="tr-TR"/>
        </w:rPr>
        <w:t>internet sitemizin (nurtascelik.com) düzgün çalışmasını sağlamak ve ziyaretçilerimize ve tedarikçilerimize (“</w:t>
      </w:r>
      <w:r w:rsidRPr="00E12413">
        <w:rPr>
          <w:rFonts w:ascii="Arial" w:hAnsi="Arial" w:cs="Arial"/>
          <w:b/>
          <w:bCs/>
          <w:szCs w:val="24"/>
          <w:lang w:val="tr-TR"/>
        </w:rPr>
        <w:t>kullanıcı(</w:t>
      </w:r>
      <w:proofErr w:type="spellStart"/>
      <w:r w:rsidRPr="00E12413">
        <w:rPr>
          <w:rFonts w:ascii="Arial" w:hAnsi="Arial" w:cs="Arial"/>
          <w:b/>
          <w:bCs/>
          <w:szCs w:val="24"/>
          <w:lang w:val="tr-TR"/>
        </w:rPr>
        <w:t>lar</w:t>
      </w:r>
      <w:proofErr w:type="spellEnd"/>
      <w:r w:rsidRPr="00E12413">
        <w:rPr>
          <w:rFonts w:ascii="Arial" w:hAnsi="Arial" w:cs="Arial"/>
          <w:b/>
          <w:bCs/>
          <w:szCs w:val="24"/>
          <w:lang w:val="tr-TR"/>
        </w:rPr>
        <w:t>)</w:t>
      </w:r>
      <w:r w:rsidRPr="00E12413">
        <w:rPr>
          <w:rFonts w:ascii="Arial" w:hAnsi="Arial" w:cs="Arial"/>
          <w:szCs w:val="24"/>
          <w:lang w:val="tr-TR"/>
        </w:rPr>
        <w:t>” veya “</w:t>
      </w:r>
      <w:r w:rsidRPr="00E12413">
        <w:rPr>
          <w:rFonts w:ascii="Arial" w:hAnsi="Arial" w:cs="Arial"/>
          <w:b/>
          <w:bCs/>
          <w:szCs w:val="24"/>
          <w:lang w:val="tr-TR"/>
        </w:rPr>
        <w:t>siz</w:t>
      </w:r>
      <w:r w:rsidRPr="00E12413">
        <w:rPr>
          <w:rFonts w:ascii="Arial" w:hAnsi="Arial" w:cs="Arial"/>
          <w:szCs w:val="24"/>
          <w:lang w:val="tr-TR"/>
        </w:rPr>
        <w:t>”) en alakalı hizmetleri sunmak amacıyla internet sitemize birtakım çerezler yerleştirmekteyiz.</w:t>
      </w:r>
    </w:p>
    <w:p w:rsidR="00653707" w:rsidRPr="00E12413" w:rsidRDefault="00653707" w:rsidP="00653707">
      <w:pPr>
        <w:spacing w:after="0" w:line="360" w:lineRule="auto"/>
        <w:jc w:val="both"/>
        <w:rPr>
          <w:rFonts w:ascii="Arial" w:hAnsi="Arial" w:cs="Arial"/>
          <w:szCs w:val="24"/>
          <w:lang w:val="tr-TR"/>
        </w:rPr>
      </w:pPr>
      <w:r w:rsidRPr="00E12413">
        <w:rPr>
          <w:rFonts w:ascii="Arial" w:hAnsi="Arial" w:cs="Arial"/>
          <w:szCs w:val="24"/>
          <w:lang w:val="tr-TR"/>
        </w:rPr>
        <w:t>İşbu Çerez Aydınlatma Metni, size çerezler ve çerezlerin nasıl kontrol edileceği hakkında bilgi vermek amacıyla hazırlanmıştır.</w:t>
      </w:r>
    </w:p>
    <w:p w:rsidR="00653707" w:rsidRPr="00E12413" w:rsidRDefault="00653707" w:rsidP="00653707">
      <w:pPr>
        <w:spacing w:after="0" w:line="360" w:lineRule="auto"/>
        <w:jc w:val="both"/>
        <w:rPr>
          <w:rFonts w:ascii="Arial" w:hAnsi="Arial" w:cs="Arial"/>
          <w:szCs w:val="24"/>
          <w:lang w:val="tr-TR"/>
        </w:rPr>
      </w:pPr>
    </w:p>
    <w:p w:rsidR="00BC7A41" w:rsidRDefault="00653707" w:rsidP="00653707">
      <w:pPr>
        <w:spacing w:after="0" w:line="360" w:lineRule="auto"/>
        <w:jc w:val="both"/>
        <w:rPr>
          <w:rFonts w:ascii="Arial" w:hAnsi="Arial" w:cs="Arial"/>
          <w:b/>
          <w:bCs/>
          <w:szCs w:val="24"/>
          <w:lang w:val="tr-TR"/>
        </w:rPr>
      </w:pPr>
      <w:r w:rsidRPr="00E12413">
        <w:rPr>
          <w:rFonts w:ascii="Arial" w:hAnsi="Arial" w:cs="Arial"/>
          <w:szCs w:val="24"/>
          <w:lang w:val="tr-TR"/>
        </w:rPr>
        <w:t xml:space="preserve">2. </w:t>
      </w:r>
      <w:r w:rsidRPr="00E12413">
        <w:rPr>
          <w:rFonts w:ascii="Arial" w:hAnsi="Arial" w:cs="Arial"/>
          <w:b/>
          <w:bCs/>
          <w:szCs w:val="24"/>
          <w:lang w:val="tr-TR"/>
        </w:rPr>
        <w:t>ÇEREZ NEDİR?</w:t>
      </w:r>
    </w:p>
    <w:p w:rsidR="00653707" w:rsidRPr="00BC7A41" w:rsidRDefault="00653707" w:rsidP="00653707">
      <w:pPr>
        <w:spacing w:after="0" w:line="360" w:lineRule="auto"/>
        <w:jc w:val="both"/>
        <w:rPr>
          <w:rFonts w:ascii="Arial" w:hAnsi="Arial" w:cs="Arial"/>
          <w:b/>
          <w:bCs/>
          <w:szCs w:val="24"/>
          <w:lang w:val="tr-TR"/>
        </w:rPr>
      </w:pPr>
      <w:r w:rsidRPr="00E12413">
        <w:rPr>
          <w:rFonts w:ascii="Arial" w:hAnsi="Arial" w:cs="Arial"/>
          <w:szCs w:val="24"/>
          <w:lang w:val="tr-TR"/>
        </w:rPr>
        <w:t>Çerez, kullandığınız tarayıcı tarafından bilgisayarınızın sabit diskinde saklanan küçük bilgilerdir. Ziyaret edilen web sitesinde her tıklamanız sizin bilgisayarınızda iz bırakır.</w:t>
      </w:r>
    </w:p>
    <w:p w:rsidR="00653707" w:rsidRPr="00E12413" w:rsidRDefault="00653707" w:rsidP="00653707">
      <w:pPr>
        <w:spacing w:after="0" w:line="360" w:lineRule="auto"/>
        <w:jc w:val="both"/>
        <w:rPr>
          <w:rFonts w:ascii="Arial" w:hAnsi="Arial" w:cs="Arial"/>
          <w:szCs w:val="24"/>
          <w:lang w:val="tr-TR"/>
        </w:rPr>
      </w:pPr>
      <w:r w:rsidRPr="00E12413">
        <w:rPr>
          <w:rFonts w:ascii="Arial" w:hAnsi="Arial" w:cs="Arial"/>
          <w:szCs w:val="24"/>
          <w:lang w:val="tr-TR"/>
        </w:rPr>
        <w:t>Bunun sebebi aynı web sitesine bir daha girileceği zaman vakit kaybetmeksizin hızlı bir şekilde hareket etmeyi sağlamasıdır.</w:t>
      </w:r>
    </w:p>
    <w:p w:rsidR="00653707" w:rsidRPr="00E12413" w:rsidRDefault="00653707" w:rsidP="00653707">
      <w:pPr>
        <w:spacing w:after="0" w:line="360" w:lineRule="auto"/>
        <w:jc w:val="both"/>
        <w:rPr>
          <w:rFonts w:ascii="Arial" w:hAnsi="Arial" w:cs="Arial"/>
          <w:szCs w:val="24"/>
          <w:lang w:val="tr-TR"/>
        </w:rPr>
      </w:pPr>
      <w:r w:rsidRPr="00E12413">
        <w:rPr>
          <w:rFonts w:ascii="Arial" w:hAnsi="Arial" w:cs="Arial"/>
          <w:szCs w:val="24"/>
          <w:lang w:val="tr-TR"/>
        </w:rPr>
        <w:t>Çerezler, ziyaretçinin tercihleri hakkında bilgiler içerebilir çünkü her geçen gün gelişen teknolojiyle birlikte ziyaretçiler, özellikle alışverişlerini yoğun olarak web siteleri üzerinden gerçekleştirmektedir.</w:t>
      </w:r>
    </w:p>
    <w:p w:rsidR="00653707" w:rsidRPr="00E12413" w:rsidRDefault="00653707" w:rsidP="00653707">
      <w:pPr>
        <w:spacing w:after="0" w:line="360" w:lineRule="auto"/>
        <w:jc w:val="both"/>
        <w:rPr>
          <w:rFonts w:ascii="Arial" w:hAnsi="Arial" w:cs="Arial"/>
          <w:szCs w:val="24"/>
          <w:lang w:val="tr-TR"/>
        </w:rPr>
      </w:pPr>
      <w:r w:rsidRPr="00E12413">
        <w:rPr>
          <w:rFonts w:ascii="Arial" w:hAnsi="Arial" w:cs="Arial"/>
          <w:szCs w:val="24"/>
          <w:lang w:val="tr-TR"/>
        </w:rPr>
        <w:t>Girilen web sitelerinde ziyaretçilerin davranışları takip edilir ve ziyaretçiye özel reklam yapılmaya başlanır. Bu küçük bilgilerin kaydedildiği dosyalara çerez veya tanımlama bilgisi (</w:t>
      </w:r>
      <w:proofErr w:type="spellStart"/>
      <w:r w:rsidRPr="00E12413">
        <w:rPr>
          <w:rFonts w:ascii="Arial" w:hAnsi="Arial" w:cs="Arial"/>
          <w:szCs w:val="24"/>
          <w:lang w:val="tr-TR"/>
        </w:rPr>
        <w:t>cookie</w:t>
      </w:r>
      <w:proofErr w:type="spellEnd"/>
      <w:r w:rsidRPr="00E12413">
        <w:rPr>
          <w:rFonts w:ascii="Arial" w:hAnsi="Arial" w:cs="Arial"/>
          <w:szCs w:val="24"/>
          <w:lang w:val="tr-TR"/>
        </w:rPr>
        <w:t>) denir. Çoğu web sitesi çerezleri kullanır.</w:t>
      </w:r>
    </w:p>
    <w:p w:rsidR="00653707" w:rsidRPr="00E12413" w:rsidRDefault="00653707" w:rsidP="00653707">
      <w:pPr>
        <w:spacing w:after="0" w:line="360" w:lineRule="auto"/>
        <w:jc w:val="both"/>
        <w:rPr>
          <w:rFonts w:ascii="Arial" w:hAnsi="Arial" w:cs="Arial"/>
          <w:szCs w:val="24"/>
          <w:lang w:val="tr-TR"/>
        </w:rPr>
      </w:pPr>
    </w:p>
    <w:p w:rsidR="003533EF" w:rsidRPr="00E12413" w:rsidRDefault="00653707" w:rsidP="00BC7A41">
      <w:pPr>
        <w:spacing w:after="0" w:line="360" w:lineRule="auto"/>
        <w:rPr>
          <w:rFonts w:ascii="Arial" w:hAnsi="Arial" w:cs="Arial"/>
          <w:szCs w:val="24"/>
          <w:lang w:val="tr-TR"/>
        </w:rPr>
      </w:pPr>
      <w:r w:rsidRPr="00E12413">
        <w:rPr>
          <w:rFonts w:ascii="Arial" w:hAnsi="Arial" w:cs="Arial"/>
          <w:szCs w:val="24"/>
          <w:lang w:val="tr-TR"/>
        </w:rPr>
        <w:t xml:space="preserve">3. </w:t>
      </w:r>
      <w:r w:rsidRPr="00E12413">
        <w:rPr>
          <w:rFonts w:ascii="Arial" w:hAnsi="Arial" w:cs="Arial"/>
          <w:b/>
          <w:bCs/>
          <w:szCs w:val="24"/>
          <w:lang w:val="tr-TR"/>
        </w:rPr>
        <w:t>ÜÇÜNCÜ TARAF ÇEREZLER</w:t>
      </w:r>
      <w:r w:rsidRPr="00E12413">
        <w:rPr>
          <w:rFonts w:ascii="Arial" w:hAnsi="Arial" w:cs="Arial"/>
          <w:b/>
          <w:bCs/>
          <w:szCs w:val="24"/>
          <w:lang w:val="tr-TR"/>
        </w:rPr>
        <w:br/>
      </w:r>
      <w:r w:rsidRPr="00E12413">
        <w:rPr>
          <w:rFonts w:ascii="Arial" w:hAnsi="Arial" w:cs="Arial"/>
          <w:szCs w:val="24"/>
          <w:lang w:val="tr-TR"/>
        </w:rPr>
        <w:t>Ziyaret ettiğiniz web sitesinin erişim adresindeki alan adı tarafından oluşturulan çerezler birincil çerezlerdir.</w:t>
      </w:r>
      <w:r w:rsidR="003533EF" w:rsidRPr="00E12413">
        <w:rPr>
          <w:rFonts w:ascii="Arial" w:hAnsi="Arial" w:cs="Arial"/>
          <w:szCs w:val="24"/>
          <w:lang w:val="tr-TR"/>
        </w:rPr>
        <w:t xml:space="preserve"> </w:t>
      </w:r>
      <w:r w:rsidRPr="00E12413">
        <w:rPr>
          <w:rFonts w:ascii="Arial" w:hAnsi="Arial" w:cs="Arial"/>
          <w:szCs w:val="24"/>
          <w:lang w:val="tr-TR"/>
        </w:rPr>
        <w:t>Ziyaret edilen sitede sunulan içerik erişim adresindeki alan adı dışında başka alan adları üzerinden de</w:t>
      </w:r>
      <w:r w:rsidR="003533EF" w:rsidRPr="00E12413">
        <w:rPr>
          <w:rFonts w:ascii="Arial" w:hAnsi="Arial" w:cs="Arial"/>
          <w:szCs w:val="24"/>
          <w:lang w:val="tr-TR"/>
        </w:rPr>
        <w:t xml:space="preserve"> </w:t>
      </w:r>
      <w:r w:rsidRPr="00E12413">
        <w:rPr>
          <w:rFonts w:ascii="Arial" w:hAnsi="Arial" w:cs="Arial"/>
          <w:szCs w:val="24"/>
          <w:lang w:val="tr-TR"/>
        </w:rPr>
        <w:t>s</w:t>
      </w:r>
      <w:r w:rsidR="003533EF" w:rsidRPr="00E12413">
        <w:rPr>
          <w:rFonts w:ascii="Arial" w:hAnsi="Arial" w:cs="Arial"/>
          <w:szCs w:val="24"/>
          <w:lang w:val="tr-TR"/>
        </w:rPr>
        <w:t xml:space="preserve">ağlanıyor olabilir (örneğin bir </w:t>
      </w:r>
      <w:r w:rsidRPr="00E12413">
        <w:rPr>
          <w:rFonts w:ascii="Arial" w:hAnsi="Arial" w:cs="Arial"/>
          <w:szCs w:val="24"/>
          <w:lang w:val="tr-TR"/>
        </w:rPr>
        <w:t>video platformunda barındırılan içeriğin sosyal medya sitesi üzerinden</w:t>
      </w:r>
      <w:r w:rsidR="003533EF" w:rsidRPr="00E12413">
        <w:rPr>
          <w:rFonts w:ascii="Arial" w:hAnsi="Arial" w:cs="Arial"/>
          <w:szCs w:val="24"/>
          <w:lang w:val="tr-TR"/>
        </w:rPr>
        <w:t xml:space="preserve"> </w:t>
      </w:r>
      <w:r w:rsidRPr="00E12413">
        <w:rPr>
          <w:rFonts w:ascii="Arial" w:hAnsi="Arial" w:cs="Arial"/>
          <w:szCs w:val="24"/>
          <w:lang w:val="tr-TR"/>
        </w:rPr>
        <w:t xml:space="preserve">görüntülenmesi); bu durumda her bir alan adı kendine münhasır üçüncü taraf </w:t>
      </w:r>
      <w:r w:rsidR="003533EF" w:rsidRPr="00E12413">
        <w:rPr>
          <w:rFonts w:ascii="Arial" w:hAnsi="Arial" w:cs="Arial"/>
          <w:szCs w:val="24"/>
          <w:lang w:val="tr-TR"/>
        </w:rPr>
        <w:t>ç</w:t>
      </w:r>
      <w:r w:rsidRPr="00E12413">
        <w:rPr>
          <w:rFonts w:ascii="Arial" w:hAnsi="Arial" w:cs="Arial"/>
          <w:szCs w:val="24"/>
          <w:lang w:val="tr-TR"/>
        </w:rPr>
        <w:t>erezler yaratabilir.</w:t>
      </w:r>
    </w:p>
    <w:p w:rsidR="00BC7A41" w:rsidRDefault="00BC7A41" w:rsidP="00653707">
      <w:pPr>
        <w:spacing w:after="0" w:line="360" w:lineRule="auto"/>
        <w:rPr>
          <w:rFonts w:ascii="Arial" w:hAnsi="Arial" w:cs="Arial"/>
          <w:szCs w:val="24"/>
          <w:lang w:val="tr-TR"/>
        </w:rPr>
      </w:pPr>
    </w:p>
    <w:p w:rsidR="00BC7A41" w:rsidRDefault="00BC7A41" w:rsidP="00653707">
      <w:pPr>
        <w:spacing w:after="0" w:line="360" w:lineRule="auto"/>
        <w:rPr>
          <w:rFonts w:ascii="Arial" w:hAnsi="Arial" w:cs="Arial"/>
          <w:szCs w:val="24"/>
          <w:lang w:val="tr-TR"/>
        </w:rPr>
      </w:pPr>
    </w:p>
    <w:p w:rsidR="00BC7A41" w:rsidRDefault="00BC7A41" w:rsidP="00653707">
      <w:pPr>
        <w:spacing w:after="0" w:line="360" w:lineRule="auto"/>
        <w:rPr>
          <w:rFonts w:ascii="Arial" w:hAnsi="Arial" w:cs="Arial"/>
          <w:szCs w:val="24"/>
          <w:lang w:val="tr-TR"/>
        </w:rPr>
      </w:pPr>
    </w:p>
    <w:p w:rsidR="00BC7A41" w:rsidRDefault="00BC7A41" w:rsidP="00653707">
      <w:pPr>
        <w:spacing w:after="0" w:line="360" w:lineRule="auto"/>
        <w:rPr>
          <w:rFonts w:ascii="Arial" w:hAnsi="Arial" w:cs="Arial"/>
          <w:szCs w:val="24"/>
          <w:lang w:val="tr-TR"/>
        </w:rPr>
      </w:pPr>
    </w:p>
    <w:p w:rsidR="003533EF" w:rsidRPr="00E12413" w:rsidRDefault="00653707" w:rsidP="00653707">
      <w:pPr>
        <w:spacing w:after="0" w:line="360" w:lineRule="auto"/>
        <w:rPr>
          <w:rFonts w:ascii="Arial" w:hAnsi="Arial" w:cs="Arial"/>
          <w:b/>
          <w:bCs/>
          <w:szCs w:val="24"/>
          <w:lang w:val="tr-TR"/>
        </w:rPr>
      </w:pPr>
      <w:r w:rsidRPr="00E12413">
        <w:rPr>
          <w:rFonts w:ascii="Arial" w:hAnsi="Arial" w:cs="Arial"/>
          <w:szCs w:val="24"/>
          <w:lang w:val="tr-TR"/>
        </w:rPr>
        <w:t xml:space="preserve">4. </w:t>
      </w:r>
      <w:r w:rsidRPr="00E12413">
        <w:rPr>
          <w:rFonts w:ascii="Arial" w:hAnsi="Arial" w:cs="Arial"/>
          <w:b/>
          <w:bCs/>
          <w:szCs w:val="24"/>
          <w:lang w:val="tr-TR"/>
        </w:rPr>
        <w:t>ÇEREZLERİ NEDEN KULLANIYORUZ?</w:t>
      </w:r>
    </w:p>
    <w:p w:rsidR="00BC7A41"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lastRenderedPageBreak/>
        <w:t>Çerezleri aşağıdaki amaçlarla kullanabilmekteyiz:</w:t>
      </w:r>
    </w:p>
    <w:p w:rsidR="00BC7A41"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t>• Kullanıcıların site üzerinde hareket e</w:t>
      </w:r>
      <w:r w:rsidR="003533EF" w:rsidRPr="00E12413">
        <w:rPr>
          <w:rFonts w:ascii="Arial" w:hAnsi="Arial" w:cs="Arial"/>
          <w:szCs w:val="24"/>
          <w:lang w:val="tr-TR"/>
        </w:rPr>
        <w:t xml:space="preserve">debilmesi ve sağlanan hizmet ve </w:t>
      </w:r>
      <w:r w:rsidRPr="00E12413">
        <w:rPr>
          <w:rFonts w:ascii="Arial" w:hAnsi="Arial" w:cs="Arial"/>
          <w:szCs w:val="24"/>
          <w:lang w:val="tr-TR"/>
        </w:rPr>
        <w:t>özel</w:t>
      </w:r>
      <w:r w:rsidR="00BC7A41">
        <w:rPr>
          <w:rFonts w:ascii="Arial" w:hAnsi="Arial" w:cs="Arial"/>
          <w:szCs w:val="24"/>
          <w:lang w:val="tr-TR"/>
        </w:rPr>
        <w:t xml:space="preserve">liklerden </w:t>
      </w:r>
      <w:r w:rsidRPr="00E12413">
        <w:rPr>
          <w:rFonts w:ascii="Arial" w:hAnsi="Arial" w:cs="Arial"/>
          <w:szCs w:val="24"/>
          <w:lang w:val="tr-TR"/>
        </w:rPr>
        <w:t>faydalanabilmesi,</w:t>
      </w:r>
    </w:p>
    <w:p w:rsidR="00BC7A41"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t>• Kullanıcılar (kullanıcı aygıtları veya tarayıcı önbellekleri üze</w:t>
      </w:r>
      <w:r w:rsidR="00BC7A41">
        <w:rPr>
          <w:rFonts w:ascii="Arial" w:hAnsi="Arial" w:cs="Arial"/>
          <w:szCs w:val="24"/>
          <w:lang w:val="tr-TR"/>
        </w:rPr>
        <w:t xml:space="preserve">rinde) ve web site kullanımları </w:t>
      </w:r>
      <w:r w:rsidRPr="00E12413">
        <w:rPr>
          <w:rFonts w:ascii="Arial" w:hAnsi="Arial" w:cs="Arial"/>
          <w:szCs w:val="24"/>
          <w:lang w:val="tr-TR"/>
        </w:rPr>
        <w:t>hakkında</w:t>
      </w:r>
      <w:r w:rsidR="003533EF" w:rsidRPr="00E12413">
        <w:rPr>
          <w:rFonts w:ascii="Arial" w:hAnsi="Arial" w:cs="Arial"/>
          <w:szCs w:val="24"/>
          <w:lang w:val="tr-TR"/>
        </w:rPr>
        <w:t xml:space="preserve"> </w:t>
      </w:r>
      <w:r w:rsidRPr="00E12413">
        <w:rPr>
          <w:rFonts w:ascii="Arial" w:hAnsi="Arial" w:cs="Arial"/>
          <w:szCs w:val="24"/>
          <w:lang w:val="tr-TR"/>
        </w:rPr>
        <w:t>bilgileri saklamak,</w:t>
      </w:r>
    </w:p>
    <w:p w:rsidR="00BC7A41"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t>• Kullanıcıların site üzerindeki tercihleri üzerinden sitenin işle</w:t>
      </w:r>
      <w:r w:rsidR="00BC7A41">
        <w:rPr>
          <w:rFonts w:ascii="Arial" w:hAnsi="Arial" w:cs="Arial"/>
          <w:szCs w:val="24"/>
          <w:lang w:val="tr-TR"/>
        </w:rPr>
        <w:t xml:space="preserve">vli hale getirilmesi ve sitenin </w:t>
      </w:r>
      <w:r w:rsidRPr="00E12413">
        <w:rPr>
          <w:rFonts w:ascii="Arial" w:hAnsi="Arial" w:cs="Arial"/>
          <w:szCs w:val="24"/>
          <w:lang w:val="tr-TR"/>
        </w:rPr>
        <w:t>kullanıcılara</w:t>
      </w:r>
      <w:r w:rsidR="003533EF" w:rsidRPr="00E12413">
        <w:rPr>
          <w:rFonts w:ascii="Arial" w:hAnsi="Arial" w:cs="Arial"/>
          <w:szCs w:val="24"/>
          <w:lang w:val="tr-TR"/>
        </w:rPr>
        <w:t xml:space="preserve"> </w:t>
      </w:r>
      <w:r w:rsidRPr="00E12413">
        <w:rPr>
          <w:rFonts w:ascii="Arial" w:hAnsi="Arial" w:cs="Arial"/>
          <w:szCs w:val="24"/>
          <w:lang w:val="tr-TR"/>
        </w:rPr>
        <w:t>uygun şekilde kişiselleştirilmesi,</w:t>
      </w:r>
    </w:p>
    <w:p w:rsidR="00BC7A41"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t>• Kullanıcıların site kullanımlarının analiz edilmesi ve site üze</w:t>
      </w:r>
      <w:r w:rsidR="00BC7A41">
        <w:rPr>
          <w:rFonts w:ascii="Arial" w:hAnsi="Arial" w:cs="Arial"/>
          <w:szCs w:val="24"/>
          <w:lang w:val="tr-TR"/>
        </w:rPr>
        <w:t xml:space="preserve">rindeki genel eğiliminin tespit </w:t>
      </w:r>
      <w:r w:rsidRPr="00E12413">
        <w:rPr>
          <w:rFonts w:ascii="Arial" w:hAnsi="Arial" w:cs="Arial"/>
          <w:szCs w:val="24"/>
          <w:lang w:val="tr-TR"/>
        </w:rPr>
        <w:t>edilmesi,</w:t>
      </w:r>
    </w:p>
    <w:p w:rsidR="003533EF" w:rsidRPr="00E12413" w:rsidRDefault="00653707" w:rsidP="00BC7A41">
      <w:pPr>
        <w:spacing w:after="0" w:line="360" w:lineRule="auto"/>
        <w:jc w:val="both"/>
        <w:rPr>
          <w:rFonts w:ascii="Arial" w:hAnsi="Arial" w:cs="Arial"/>
          <w:szCs w:val="24"/>
          <w:lang w:val="tr-TR"/>
        </w:rPr>
      </w:pPr>
      <w:r w:rsidRPr="00E12413">
        <w:rPr>
          <w:rFonts w:ascii="Arial" w:hAnsi="Arial" w:cs="Arial"/>
          <w:szCs w:val="24"/>
          <w:lang w:val="tr-TR"/>
        </w:rPr>
        <w:t xml:space="preserve">• Kullanıcıların ilgi alanlarına ve/veya </w:t>
      </w:r>
      <w:proofErr w:type="gramStart"/>
      <w:r w:rsidRPr="00E12413">
        <w:rPr>
          <w:rFonts w:ascii="Arial" w:hAnsi="Arial" w:cs="Arial"/>
          <w:szCs w:val="24"/>
          <w:lang w:val="tr-TR"/>
        </w:rPr>
        <w:t>profillerine</w:t>
      </w:r>
      <w:proofErr w:type="gramEnd"/>
      <w:r w:rsidRPr="00E12413">
        <w:rPr>
          <w:rFonts w:ascii="Arial" w:hAnsi="Arial" w:cs="Arial"/>
          <w:szCs w:val="24"/>
          <w:lang w:val="tr-TR"/>
        </w:rPr>
        <w:t xml:space="preserve"> göre hedefli reklamların gösterilmesi ve diğer</w:t>
      </w:r>
      <w:r w:rsidR="003533EF" w:rsidRPr="00E12413">
        <w:rPr>
          <w:rFonts w:ascii="Arial" w:hAnsi="Arial" w:cs="Arial"/>
          <w:szCs w:val="24"/>
          <w:lang w:val="tr-TR"/>
        </w:rPr>
        <w:t xml:space="preserve"> </w:t>
      </w:r>
      <w:r w:rsidRPr="00E12413">
        <w:rPr>
          <w:rFonts w:ascii="Arial" w:hAnsi="Arial" w:cs="Arial"/>
          <w:szCs w:val="24"/>
          <w:lang w:val="tr-TR"/>
        </w:rPr>
        <w:t>pazarlama faaliyetlerinin yürütülmesi.</w:t>
      </w:r>
    </w:p>
    <w:p w:rsidR="003533EF" w:rsidRPr="00E12413" w:rsidRDefault="00653707" w:rsidP="003533EF">
      <w:pPr>
        <w:spacing w:after="0" w:line="360" w:lineRule="auto"/>
        <w:jc w:val="both"/>
        <w:rPr>
          <w:rFonts w:ascii="Arial" w:hAnsi="Arial" w:cs="Arial"/>
          <w:szCs w:val="24"/>
          <w:lang w:val="tr-TR"/>
        </w:rPr>
      </w:pPr>
      <w:r w:rsidRPr="00E12413">
        <w:rPr>
          <w:rFonts w:ascii="Arial" w:hAnsi="Arial" w:cs="Arial"/>
          <w:szCs w:val="24"/>
          <w:lang w:val="tr-TR"/>
        </w:rPr>
        <w:br/>
        <w:t>Çerezler genellikle ziyaretçinin web sitelerin</w:t>
      </w:r>
      <w:r w:rsidR="003533EF" w:rsidRPr="00E12413">
        <w:rPr>
          <w:rFonts w:ascii="Arial" w:hAnsi="Arial" w:cs="Arial"/>
          <w:szCs w:val="24"/>
          <w:lang w:val="tr-TR"/>
        </w:rPr>
        <w:t xml:space="preserve">e erişimi sırasında ziyaretçiye </w:t>
      </w:r>
      <w:r w:rsidRPr="00E12413">
        <w:rPr>
          <w:rFonts w:ascii="Arial" w:hAnsi="Arial" w:cs="Arial"/>
          <w:szCs w:val="24"/>
          <w:lang w:val="tr-TR"/>
        </w:rPr>
        <w:t>kişiselleştirilmiş bir deneyim</w:t>
      </w:r>
      <w:r w:rsidR="003533EF" w:rsidRPr="00E12413">
        <w:rPr>
          <w:rFonts w:ascii="Arial" w:hAnsi="Arial" w:cs="Arial"/>
          <w:szCs w:val="24"/>
          <w:lang w:val="tr-TR"/>
        </w:rPr>
        <w:t xml:space="preserve"> </w:t>
      </w:r>
      <w:r w:rsidRPr="00E12413">
        <w:rPr>
          <w:rFonts w:ascii="Arial" w:hAnsi="Arial" w:cs="Arial"/>
          <w:szCs w:val="24"/>
          <w:lang w:val="tr-TR"/>
        </w:rPr>
        <w:t xml:space="preserve">sunmak, sunulan hizmetleri geliştirmek ve ziyaretçi deneyimini iyileştirmek için kullanılır. </w:t>
      </w:r>
    </w:p>
    <w:p w:rsidR="003533EF" w:rsidRPr="00E12413" w:rsidRDefault="00653707" w:rsidP="003533EF">
      <w:pPr>
        <w:spacing w:after="0" w:line="360" w:lineRule="auto"/>
        <w:jc w:val="both"/>
        <w:rPr>
          <w:rFonts w:ascii="Arial" w:hAnsi="Arial" w:cs="Arial"/>
          <w:szCs w:val="24"/>
          <w:lang w:val="tr-TR"/>
        </w:rPr>
      </w:pPr>
      <w:r w:rsidRPr="00E12413">
        <w:rPr>
          <w:rFonts w:ascii="Arial" w:hAnsi="Arial" w:cs="Arial"/>
          <w:szCs w:val="24"/>
          <w:lang w:val="tr-TR"/>
        </w:rPr>
        <w:t>Böylece bir web</w:t>
      </w:r>
      <w:r w:rsidR="003533EF" w:rsidRPr="00E12413">
        <w:rPr>
          <w:rFonts w:ascii="Arial" w:hAnsi="Arial" w:cs="Arial"/>
          <w:szCs w:val="24"/>
          <w:lang w:val="tr-TR"/>
        </w:rPr>
        <w:t xml:space="preserve"> sitesinde gezinirken kullanım kolaylığı ve hız sağlanmış olur. Kısacası çerez kullanılmasının asıl nedeni web sitesi ziyaretçilerine kolaylık sağlanmasıdır. </w:t>
      </w:r>
    </w:p>
    <w:p w:rsidR="003533EF" w:rsidRPr="00E12413" w:rsidRDefault="003533EF" w:rsidP="003533EF">
      <w:pPr>
        <w:spacing w:after="0" w:line="360" w:lineRule="auto"/>
        <w:jc w:val="both"/>
        <w:rPr>
          <w:rFonts w:ascii="Arial" w:hAnsi="Arial" w:cs="Arial"/>
          <w:szCs w:val="24"/>
          <w:lang w:val="tr-TR"/>
        </w:rPr>
      </w:pPr>
      <w:r w:rsidRPr="00E12413">
        <w:rPr>
          <w:rFonts w:ascii="Arial" w:hAnsi="Arial" w:cs="Arial"/>
          <w:szCs w:val="24"/>
          <w:lang w:val="tr-TR"/>
        </w:rPr>
        <w:t>Örneğin; Bir web sitesine giriş yaparken “Beni Hatırla” seçeneğini işaretlerseniz o web sitesi, kullanıcı adınızı içeren bir çerezi tarayıcınıza kaydeder. Böylece aynı web sitesine tekrar girdiğinizde kullanıcı adı ve şifrenizi bir daha girmenize gerek kalmaz. Web sunucusu, ziyaretçiyi bir kişi olarak değil, ziyaretçinin web tarayıcısıyla ilişkilendirir.</w:t>
      </w:r>
    </w:p>
    <w:p w:rsidR="00317E1E" w:rsidRPr="00E12413" w:rsidRDefault="003533EF" w:rsidP="003533EF">
      <w:pPr>
        <w:spacing w:after="0" w:line="360" w:lineRule="auto"/>
        <w:jc w:val="both"/>
        <w:rPr>
          <w:rFonts w:ascii="Arial" w:hAnsi="Arial" w:cs="Arial"/>
          <w:szCs w:val="24"/>
          <w:lang w:val="tr-TR"/>
        </w:rPr>
      </w:pPr>
      <w:r w:rsidRPr="00E12413">
        <w:rPr>
          <w:rFonts w:ascii="Arial" w:hAnsi="Arial" w:cs="Arial"/>
          <w:szCs w:val="24"/>
          <w:lang w:val="tr-TR"/>
        </w:rPr>
        <w:t xml:space="preserve">Aslında, </w:t>
      </w:r>
      <w:proofErr w:type="spellStart"/>
      <w:r w:rsidRPr="00E12413">
        <w:rPr>
          <w:rFonts w:ascii="Arial" w:hAnsi="Arial" w:cs="Arial"/>
          <w:szCs w:val="24"/>
          <w:lang w:val="tr-TR"/>
        </w:rPr>
        <w:t>Chrome’a</w:t>
      </w:r>
      <w:proofErr w:type="spellEnd"/>
      <w:r w:rsidRPr="00E12413">
        <w:rPr>
          <w:rFonts w:ascii="Arial" w:hAnsi="Arial" w:cs="Arial"/>
          <w:szCs w:val="24"/>
          <w:lang w:val="tr-TR"/>
        </w:rPr>
        <w:t xml:space="preserve"> düzenli olarak göz atıp </w:t>
      </w:r>
      <w:proofErr w:type="spellStart"/>
      <w:r w:rsidRPr="00E12413">
        <w:rPr>
          <w:rFonts w:ascii="Arial" w:hAnsi="Arial" w:cs="Arial"/>
          <w:szCs w:val="24"/>
          <w:lang w:val="tr-TR"/>
        </w:rPr>
        <w:t>Firefox</w:t>
      </w:r>
      <w:proofErr w:type="spellEnd"/>
      <w:r w:rsidRPr="00E12413">
        <w:rPr>
          <w:rFonts w:ascii="Arial" w:hAnsi="Arial" w:cs="Arial"/>
          <w:szCs w:val="24"/>
          <w:lang w:val="tr-TR"/>
        </w:rPr>
        <w:t xml:space="preserve"> veya Internet Explorer ile aynı web sitesinde dolaşmaya çalışılırsa; web sitesi aynı ziyaretçi olduğunu fark etmez çünkü kişiyi değil, tarayıcıyı ilişkilendirir. Çerezler elektronik ticaret sitelerinde genellikle reklam tercihlerini belirlemek amacıyla tutulur. </w:t>
      </w:r>
    </w:p>
    <w:p w:rsidR="005D04C1" w:rsidRPr="00E12413" w:rsidRDefault="003533EF" w:rsidP="003533EF">
      <w:pPr>
        <w:spacing w:after="0" w:line="360" w:lineRule="auto"/>
        <w:jc w:val="both"/>
        <w:rPr>
          <w:rFonts w:ascii="Arial" w:hAnsi="Arial" w:cs="Arial"/>
          <w:szCs w:val="24"/>
          <w:lang w:val="tr-TR"/>
        </w:rPr>
      </w:pPr>
      <w:r w:rsidRPr="00E12413">
        <w:rPr>
          <w:rFonts w:ascii="Arial" w:hAnsi="Arial" w:cs="Arial"/>
          <w:szCs w:val="24"/>
          <w:lang w:val="tr-TR"/>
        </w:rPr>
        <w:t>Örneğin; Bir arama motoru üzerinden “ayakkabı” kelimesini aratarak, ayakkabı satan birkaç siteyi ziyaret ederseniz kısa bir süre sonra gördüğünüz reklamlar tamamen ayakkabıdan oluşacaktır. Çerezler, sizin kullanım alışkanlıklarınızı anonim olarak kaydedip ilgi alanınıza, arattığınız ürünlere paralel olarak reklamlar çıkmasını da sağlar. Çerez tutulmasının tek amacı reklam tercihlerini belirlemek değildir. Siyasi, dini ve cinsel tercihler gibi pek çok kişisel veri, çerezlerin tutulmasıyla işlenebilir. Örneğin, Web sitesini ziyaret ettiğiniz ya da hakkında araştırma</w:t>
      </w:r>
      <w:r w:rsidR="00317E1E" w:rsidRPr="00E12413">
        <w:rPr>
          <w:rFonts w:ascii="Arial" w:hAnsi="Arial" w:cs="Arial"/>
          <w:szCs w:val="24"/>
          <w:lang w:val="tr-TR"/>
        </w:rPr>
        <w:t xml:space="preserve"> </w:t>
      </w:r>
      <w:r w:rsidRPr="00E12413">
        <w:rPr>
          <w:rFonts w:ascii="Arial" w:hAnsi="Arial" w:cs="Arial"/>
          <w:szCs w:val="24"/>
          <w:lang w:val="tr-TR"/>
        </w:rPr>
        <w:t>yaptığınız siyasi parti ya da dini görüş de çerez tutularak kaydedilebilir.</w:t>
      </w:r>
    </w:p>
    <w:p w:rsidR="003533EF" w:rsidRPr="00E12413" w:rsidRDefault="003533EF" w:rsidP="003533EF">
      <w:pPr>
        <w:spacing w:after="0" w:line="360" w:lineRule="auto"/>
        <w:jc w:val="both"/>
        <w:rPr>
          <w:rFonts w:ascii="Arial" w:hAnsi="Arial" w:cs="Arial"/>
          <w:szCs w:val="24"/>
          <w:lang w:val="tr-TR"/>
        </w:rPr>
      </w:pPr>
    </w:p>
    <w:p w:rsidR="00BC7A41" w:rsidRDefault="00BC7A41" w:rsidP="00BC7A41">
      <w:pPr>
        <w:spacing w:after="0" w:line="360" w:lineRule="auto"/>
        <w:ind w:hanging="284"/>
        <w:rPr>
          <w:rFonts w:ascii="Arial" w:hAnsi="Arial" w:cs="Arial"/>
          <w:szCs w:val="24"/>
          <w:lang w:val="tr-TR"/>
        </w:rPr>
      </w:pPr>
    </w:p>
    <w:p w:rsidR="00BC7A41" w:rsidRDefault="00BC7A41" w:rsidP="00BC7A41">
      <w:pPr>
        <w:spacing w:after="0" w:line="360" w:lineRule="auto"/>
        <w:ind w:hanging="284"/>
        <w:rPr>
          <w:rFonts w:ascii="Arial" w:hAnsi="Arial" w:cs="Arial"/>
          <w:szCs w:val="24"/>
          <w:lang w:val="tr-TR"/>
        </w:rPr>
      </w:pPr>
    </w:p>
    <w:p w:rsidR="00317E1E" w:rsidRPr="00E12413" w:rsidRDefault="00317E1E" w:rsidP="00BC7A41">
      <w:pPr>
        <w:spacing w:after="0" w:line="360" w:lineRule="auto"/>
        <w:ind w:hanging="284"/>
        <w:rPr>
          <w:rFonts w:ascii="Arial" w:hAnsi="Arial" w:cs="Arial"/>
          <w:szCs w:val="24"/>
          <w:lang w:val="tr-TR"/>
        </w:rPr>
      </w:pPr>
      <w:r w:rsidRPr="00E12413">
        <w:rPr>
          <w:rFonts w:ascii="Arial" w:hAnsi="Arial" w:cs="Arial"/>
          <w:szCs w:val="24"/>
          <w:lang w:val="tr-TR"/>
        </w:rPr>
        <w:lastRenderedPageBreak/>
        <w:t>Kullanılan Çerezler</w:t>
      </w:r>
    </w:p>
    <w:tbl>
      <w:tblPr>
        <w:tblW w:w="991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20"/>
        <w:gridCol w:w="1803"/>
        <w:gridCol w:w="3218"/>
        <w:gridCol w:w="1559"/>
        <w:gridCol w:w="1418"/>
      </w:tblGrid>
      <w:tr w:rsidR="00317E1E" w:rsidRPr="00E0234D" w:rsidTr="00926C00">
        <w:trPr>
          <w:trHeight w:val="425"/>
          <w:jc w:val="center"/>
        </w:trPr>
        <w:tc>
          <w:tcPr>
            <w:tcW w:w="1920"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b/>
                <w:bCs/>
                <w:color w:val="27283C"/>
                <w:sz w:val="20"/>
                <w:szCs w:val="20"/>
                <w:lang w:val="tr-TR" w:eastAsia="tr-TR"/>
              </w:rPr>
              <w:t>Cookie</w:t>
            </w:r>
            <w:proofErr w:type="spellEnd"/>
          </w:p>
        </w:tc>
        <w:tc>
          <w:tcPr>
            <w:tcW w:w="1803"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b/>
                <w:bCs/>
                <w:color w:val="27283C"/>
                <w:sz w:val="20"/>
                <w:szCs w:val="20"/>
                <w:lang w:val="tr-TR" w:eastAsia="tr-TR"/>
              </w:rPr>
              <w:t>Domain</w:t>
            </w:r>
          </w:p>
        </w:tc>
        <w:tc>
          <w:tcPr>
            <w:tcW w:w="32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b/>
                <w:bCs/>
                <w:color w:val="27283C"/>
                <w:sz w:val="20"/>
                <w:szCs w:val="20"/>
                <w:lang w:val="tr-TR" w:eastAsia="tr-TR"/>
              </w:rPr>
              <w:t>Description</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b/>
                <w:bCs/>
                <w:color w:val="27283C"/>
                <w:sz w:val="20"/>
                <w:szCs w:val="20"/>
                <w:lang w:val="tr-TR" w:eastAsia="tr-TR"/>
              </w:rPr>
              <w:t>Duration</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b/>
                <w:bCs/>
                <w:color w:val="27283C"/>
                <w:sz w:val="20"/>
                <w:szCs w:val="20"/>
                <w:lang w:val="tr-TR" w:eastAsia="tr-TR"/>
              </w:rPr>
              <w:t>Type</w:t>
            </w:r>
            <w:proofErr w:type="spellEnd"/>
          </w:p>
        </w:tc>
      </w:tr>
      <w:tr w:rsidR="00317E1E" w:rsidRPr="00E0234D" w:rsidTr="00926C00">
        <w:trPr>
          <w:trHeight w:val="1151"/>
          <w:jc w:val="center"/>
        </w:trPr>
        <w:tc>
          <w:tcPr>
            <w:tcW w:w="1920"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XSRF-TOKEN</w:t>
            </w:r>
          </w:p>
        </w:tc>
        <w:tc>
          <w:tcPr>
            <w:tcW w:w="1803"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nurtascelik.com</w:t>
            </w:r>
          </w:p>
        </w:tc>
        <w:tc>
          <w:tcPr>
            <w:tcW w:w="32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This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cookie</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enhances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visitor</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browsing</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security</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by</w:t>
            </w:r>
            <w:proofErr w:type="spellEnd"/>
            <w:r w:rsidRPr="00E0234D">
              <w:rPr>
                <w:rFonts w:ascii="Arial" w:eastAsia="Times New Roman" w:hAnsi="Arial" w:cs="Arial"/>
                <w:color w:val="3D3E50"/>
                <w:sz w:val="20"/>
                <w:szCs w:val="20"/>
                <w:lang w:eastAsia="tr-TR"/>
              </w:rPr>
              <w:t xml:space="preserve"> preventing cross-site </w:t>
            </w:r>
            <w:proofErr w:type="spellStart"/>
            <w:r w:rsidRPr="00E0234D">
              <w:rPr>
                <w:rFonts w:ascii="Arial" w:eastAsia="Times New Roman" w:hAnsi="Arial" w:cs="Arial"/>
                <w:color w:val="3D3E50"/>
                <w:sz w:val="20"/>
                <w:szCs w:val="20"/>
                <w:lang w:val="tr-TR" w:eastAsia="tr-TR"/>
              </w:rPr>
              <w:t>request</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forgery</w:t>
            </w:r>
            <w:proofErr w:type="spellEnd"/>
            <w:r w:rsidRPr="00E0234D">
              <w:rPr>
                <w:rFonts w:ascii="Arial" w:eastAsia="Times New Roman" w:hAnsi="Arial" w:cs="Arial"/>
                <w:color w:val="3D3E50"/>
                <w:sz w:val="20"/>
                <w:szCs w:val="20"/>
                <w:lang w:val="tr-TR" w:eastAsia="tr-TR"/>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 xml:space="preserve">2 </w:t>
            </w:r>
            <w:proofErr w:type="spellStart"/>
            <w:r w:rsidRPr="00E0234D">
              <w:rPr>
                <w:rFonts w:ascii="Arial" w:eastAsia="Times New Roman" w:hAnsi="Arial" w:cs="Arial"/>
                <w:color w:val="3D3E50"/>
                <w:sz w:val="20"/>
                <w:szCs w:val="20"/>
                <w:lang w:val="tr-TR" w:eastAsia="tr-TR"/>
              </w:rPr>
              <w:t>hours</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Necessary</w:t>
            </w:r>
            <w:proofErr w:type="spellEnd"/>
          </w:p>
        </w:tc>
      </w:tr>
      <w:tr w:rsidR="00317E1E" w:rsidRPr="00E0234D" w:rsidTr="00926C00">
        <w:trPr>
          <w:trHeight w:val="752"/>
          <w:jc w:val="center"/>
        </w:trPr>
        <w:tc>
          <w:tcPr>
            <w:tcW w:w="1920"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eastAsia="tr-TR"/>
              </w:rPr>
              <w:t xml:space="preserve">Nurtas </w:t>
            </w:r>
            <w:proofErr w:type="spellStart"/>
            <w:r w:rsidRPr="00E0234D">
              <w:rPr>
                <w:rFonts w:ascii="Arial" w:eastAsia="Times New Roman" w:hAnsi="Arial" w:cs="Arial"/>
                <w:color w:val="3D3E50"/>
                <w:sz w:val="20"/>
                <w:szCs w:val="20"/>
                <w:lang w:val="tr-TR" w:eastAsia="tr-TR"/>
              </w:rPr>
              <w:t>session</w:t>
            </w:r>
            <w:proofErr w:type="spellEnd"/>
          </w:p>
        </w:tc>
        <w:tc>
          <w:tcPr>
            <w:tcW w:w="1803"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eastAsia="tr-TR"/>
              </w:rPr>
              <w:t>nurtascelik</w:t>
            </w:r>
            <w:proofErr w:type="spellEnd"/>
            <w:r w:rsidRPr="00E0234D">
              <w:rPr>
                <w:rFonts w:ascii="Arial" w:eastAsia="Times New Roman" w:hAnsi="Arial" w:cs="Arial"/>
                <w:color w:val="3D3E50"/>
                <w:sz w:val="20"/>
                <w:szCs w:val="20"/>
                <w:lang w:val="tr-TR" w:eastAsia="tr-TR"/>
              </w:rPr>
              <w:t>.com</w:t>
            </w:r>
          </w:p>
        </w:tc>
        <w:tc>
          <w:tcPr>
            <w:tcW w:w="32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 xml:space="preserve">2 </w:t>
            </w:r>
            <w:proofErr w:type="spellStart"/>
            <w:r w:rsidRPr="00E0234D">
              <w:rPr>
                <w:rFonts w:ascii="Arial" w:eastAsia="Times New Roman" w:hAnsi="Arial" w:cs="Arial"/>
                <w:color w:val="3D3E50"/>
                <w:sz w:val="20"/>
                <w:szCs w:val="20"/>
                <w:lang w:val="tr-TR" w:eastAsia="tr-TR"/>
              </w:rPr>
              <w:t>hours</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Other</w:t>
            </w:r>
            <w:proofErr w:type="spellEnd"/>
          </w:p>
        </w:tc>
      </w:tr>
      <w:tr w:rsidR="00317E1E" w:rsidRPr="00E0234D" w:rsidTr="00926C00">
        <w:trPr>
          <w:trHeight w:val="1464"/>
          <w:jc w:val="center"/>
        </w:trPr>
        <w:tc>
          <w:tcPr>
            <w:tcW w:w="1920"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rc</w:t>
            </w:r>
            <w:proofErr w:type="spellEnd"/>
            <w:proofErr w:type="gramStart"/>
            <w:r w:rsidRPr="00E0234D">
              <w:rPr>
                <w:rFonts w:ascii="Arial" w:eastAsia="Times New Roman" w:hAnsi="Arial" w:cs="Arial"/>
                <w:color w:val="3D3E50"/>
                <w:sz w:val="20"/>
                <w:szCs w:val="20"/>
                <w:lang w:val="tr-TR" w:eastAsia="tr-TR"/>
              </w:rPr>
              <w:t>::</w:t>
            </w:r>
            <w:proofErr w:type="gramEnd"/>
            <w:r w:rsidRPr="00E0234D">
              <w:rPr>
                <w:rFonts w:ascii="Arial" w:eastAsia="Times New Roman" w:hAnsi="Arial" w:cs="Arial"/>
                <w:color w:val="3D3E50"/>
                <w:sz w:val="20"/>
                <w:szCs w:val="20"/>
                <w:lang w:val="tr-TR" w:eastAsia="tr-TR"/>
              </w:rPr>
              <w:t>a</w:t>
            </w:r>
          </w:p>
        </w:tc>
        <w:tc>
          <w:tcPr>
            <w:tcW w:w="1803"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google.com</w:t>
            </w:r>
          </w:p>
        </w:tc>
        <w:tc>
          <w:tcPr>
            <w:tcW w:w="32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T</w:t>
            </w:r>
            <w:r w:rsidRPr="00E0234D">
              <w:rPr>
                <w:rFonts w:ascii="Arial" w:eastAsia="Times New Roman" w:hAnsi="Arial" w:cs="Arial"/>
                <w:color w:val="3D3E50"/>
                <w:sz w:val="20"/>
                <w:szCs w:val="20"/>
                <w:lang w:eastAsia="tr-TR"/>
              </w:rPr>
              <w:t xml:space="preserve">his cookie is set by the Google </w:t>
            </w:r>
            <w:proofErr w:type="spellStart"/>
            <w:r w:rsidRPr="00E0234D">
              <w:rPr>
                <w:rFonts w:ascii="Arial" w:eastAsia="Times New Roman" w:hAnsi="Arial" w:cs="Arial"/>
                <w:color w:val="3D3E50"/>
                <w:sz w:val="20"/>
                <w:szCs w:val="20"/>
                <w:lang w:val="tr-TR" w:eastAsia="tr-TR"/>
              </w:rPr>
              <w:t>recaptcha</w:t>
            </w:r>
            <w:proofErr w:type="spellEnd"/>
            <w:r w:rsidRPr="00E0234D">
              <w:rPr>
                <w:rFonts w:ascii="Arial" w:eastAsia="Times New Roman" w:hAnsi="Arial" w:cs="Arial"/>
                <w:color w:val="3D3E50"/>
                <w:sz w:val="20"/>
                <w:szCs w:val="20"/>
                <w:lang w:eastAsia="tr-TR"/>
              </w:rPr>
              <w:t xml:space="preserve"> </w:t>
            </w:r>
            <w:r w:rsidRPr="00E0234D">
              <w:rPr>
                <w:rFonts w:ascii="Arial" w:eastAsia="Times New Roman" w:hAnsi="Arial" w:cs="Arial"/>
                <w:color w:val="3D3E50"/>
                <w:sz w:val="20"/>
                <w:szCs w:val="20"/>
                <w:lang w:val="tr-TR" w:eastAsia="tr-TR"/>
              </w:rPr>
              <w:t xml:space="preserve">service </w:t>
            </w:r>
            <w:proofErr w:type="spellStart"/>
            <w:r w:rsidRPr="00E0234D">
              <w:rPr>
                <w:rFonts w:ascii="Arial" w:eastAsia="Times New Roman" w:hAnsi="Arial" w:cs="Arial"/>
                <w:color w:val="3D3E50"/>
                <w:sz w:val="20"/>
                <w:szCs w:val="20"/>
                <w:lang w:val="tr-TR" w:eastAsia="tr-TR"/>
              </w:rPr>
              <w:t>to</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identify</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bots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to</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protect</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the</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website</w:t>
            </w:r>
            <w:proofErr w:type="spellEnd"/>
            <w:r w:rsidRPr="00E0234D">
              <w:rPr>
                <w:rFonts w:ascii="Arial" w:eastAsia="Times New Roman" w:hAnsi="Arial" w:cs="Arial"/>
                <w:color w:val="3D3E50"/>
                <w:sz w:val="20"/>
                <w:szCs w:val="20"/>
                <w:lang w:eastAsia="tr-TR"/>
              </w:rPr>
              <w:t xml:space="preserve"> </w:t>
            </w:r>
            <w:proofErr w:type="spellStart"/>
            <w:r w:rsidRPr="00E0234D">
              <w:rPr>
                <w:rFonts w:ascii="Arial" w:eastAsia="Times New Roman" w:hAnsi="Arial" w:cs="Arial"/>
                <w:color w:val="3D3E50"/>
                <w:sz w:val="20"/>
                <w:szCs w:val="20"/>
                <w:lang w:val="tr-TR" w:eastAsia="tr-TR"/>
              </w:rPr>
              <w:t>against</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malicious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spam</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attacks</w:t>
            </w:r>
            <w:proofErr w:type="spellEnd"/>
            <w:r w:rsidRPr="00E0234D">
              <w:rPr>
                <w:rFonts w:ascii="Arial" w:eastAsia="Times New Roman" w:hAnsi="Arial" w:cs="Arial"/>
                <w:color w:val="3D3E50"/>
                <w:sz w:val="20"/>
                <w:szCs w:val="20"/>
                <w:lang w:val="tr-TR" w:eastAsia="tr-TR"/>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never</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Necessary</w:t>
            </w:r>
            <w:proofErr w:type="spellEnd"/>
          </w:p>
        </w:tc>
      </w:tr>
      <w:tr w:rsidR="00317E1E" w:rsidRPr="00E0234D" w:rsidTr="00926C00">
        <w:trPr>
          <w:trHeight w:val="1400"/>
          <w:jc w:val="center"/>
        </w:trPr>
        <w:tc>
          <w:tcPr>
            <w:tcW w:w="1920"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rc</w:t>
            </w:r>
            <w:proofErr w:type="spellEnd"/>
            <w:proofErr w:type="gramStart"/>
            <w:r w:rsidRPr="00E0234D">
              <w:rPr>
                <w:rFonts w:ascii="Arial" w:eastAsia="Times New Roman" w:hAnsi="Arial" w:cs="Arial"/>
                <w:color w:val="3D3E50"/>
                <w:sz w:val="20"/>
                <w:szCs w:val="20"/>
                <w:lang w:val="tr-TR" w:eastAsia="tr-TR"/>
              </w:rPr>
              <w:t>::</w:t>
            </w:r>
            <w:proofErr w:type="gramEnd"/>
            <w:r w:rsidRPr="00E0234D">
              <w:rPr>
                <w:rFonts w:ascii="Arial" w:eastAsia="Times New Roman" w:hAnsi="Arial" w:cs="Arial"/>
                <w:color w:val="3D3E50"/>
                <w:sz w:val="20"/>
                <w:szCs w:val="20"/>
                <w:lang w:val="tr-TR" w:eastAsia="tr-TR"/>
              </w:rPr>
              <w:t>c</w:t>
            </w:r>
          </w:p>
        </w:tc>
        <w:tc>
          <w:tcPr>
            <w:tcW w:w="1803"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google.com</w:t>
            </w:r>
          </w:p>
        </w:tc>
        <w:tc>
          <w:tcPr>
            <w:tcW w:w="32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r w:rsidRPr="00E0234D">
              <w:rPr>
                <w:rFonts w:ascii="Arial" w:eastAsia="Times New Roman" w:hAnsi="Arial" w:cs="Arial"/>
                <w:color w:val="3D3E50"/>
                <w:sz w:val="20"/>
                <w:szCs w:val="20"/>
                <w:lang w:val="tr-TR" w:eastAsia="tr-TR"/>
              </w:rPr>
              <w:t>T</w:t>
            </w:r>
            <w:r w:rsidRPr="00E0234D">
              <w:rPr>
                <w:rFonts w:ascii="Arial" w:eastAsia="Times New Roman" w:hAnsi="Arial" w:cs="Arial"/>
                <w:color w:val="3D3E50"/>
                <w:sz w:val="20"/>
                <w:szCs w:val="20"/>
                <w:lang w:eastAsia="tr-TR"/>
              </w:rPr>
              <w:t xml:space="preserve">his cookie is set by the Google </w:t>
            </w:r>
            <w:proofErr w:type="spellStart"/>
            <w:r w:rsidRPr="00E0234D">
              <w:rPr>
                <w:rFonts w:ascii="Arial" w:eastAsia="Times New Roman" w:hAnsi="Arial" w:cs="Arial"/>
                <w:color w:val="3D3E50"/>
                <w:sz w:val="20"/>
                <w:szCs w:val="20"/>
                <w:lang w:val="tr-TR" w:eastAsia="tr-TR"/>
              </w:rPr>
              <w:t>recaptcha</w:t>
            </w:r>
            <w:proofErr w:type="spellEnd"/>
            <w:r w:rsidRPr="00E0234D">
              <w:rPr>
                <w:rFonts w:ascii="Arial" w:eastAsia="Times New Roman" w:hAnsi="Arial" w:cs="Arial"/>
                <w:color w:val="3D3E50"/>
                <w:sz w:val="20"/>
                <w:szCs w:val="20"/>
                <w:lang w:eastAsia="tr-TR"/>
              </w:rPr>
              <w:t xml:space="preserve"> </w:t>
            </w:r>
            <w:r w:rsidRPr="00E0234D">
              <w:rPr>
                <w:rFonts w:ascii="Arial" w:eastAsia="Times New Roman" w:hAnsi="Arial" w:cs="Arial"/>
                <w:color w:val="3D3E50"/>
                <w:sz w:val="20"/>
                <w:szCs w:val="20"/>
                <w:lang w:val="tr-TR" w:eastAsia="tr-TR"/>
              </w:rPr>
              <w:t xml:space="preserve">service </w:t>
            </w:r>
            <w:proofErr w:type="spellStart"/>
            <w:r w:rsidRPr="00E0234D">
              <w:rPr>
                <w:rFonts w:ascii="Arial" w:eastAsia="Times New Roman" w:hAnsi="Arial" w:cs="Arial"/>
                <w:color w:val="3D3E50"/>
                <w:sz w:val="20"/>
                <w:szCs w:val="20"/>
                <w:lang w:val="tr-TR" w:eastAsia="tr-TR"/>
              </w:rPr>
              <w:t>to</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identify</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bots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to</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protect</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the</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website</w:t>
            </w:r>
            <w:proofErr w:type="spellEnd"/>
            <w:r w:rsidRPr="00E0234D">
              <w:rPr>
                <w:rFonts w:ascii="Arial" w:eastAsia="Times New Roman" w:hAnsi="Arial" w:cs="Arial"/>
                <w:color w:val="3D3E50"/>
                <w:sz w:val="20"/>
                <w:szCs w:val="20"/>
                <w:lang w:eastAsia="tr-TR"/>
              </w:rPr>
              <w:t xml:space="preserve"> </w:t>
            </w:r>
            <w:proofErr w:type="spellStart"/>
            <w:r w:rsidRPr="00E0234D">
              <w:rPr>
                <w:rFonts w:ascii="Arial" w:eastAsia="Times New Roman" w:hAnsi="Arial" w:cs="Arial"/>
                <w:color w:val="3D3E50"/>
                <w:sz w:val="20"/>
                <w:szCs w:val="20"/>
                <w:lang w:val="tr-TR" w:eastAsia="tr-TR"/>
              </w:rPr>
              <w:t>against</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malicious</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spam</w:t>
            </w:r>
            <w:proofErr w:type="spellEnd"/>
            <w:r w:rsidRPr="00E0234D">
              <w:rPr>
                <w:rFonts w:ascii="Arial" w:eastAsia="Times New Roman" w:hAnsi="Arial" w:cs="Arial"/>
                <w:color w:val="3D3E50"/>
                <w:sz w:val="20"/>
                <w:szCs w:val="20"/>
                <w:lang w:val="tr-TR" w:eastAsia="tr-TR"/>
              </w:rPr>
              <w:t xml:space="preserve"> </w:t>
            </w:r>
            <w:proofErr w:type="spellStart"/>
            <w:r w:rsidRPr="00E0234D">
              <w:rPr>
                <w:rFonts w:ascii="Arial" w:eastAsia="Times New Roman" w:hAnsi="Arial" w:cs="Arial"/>
                <w:color w:val="3D3E50"/>
                <w:sz w:val="20"/>
                <w:szCs w:val="20"/>
                <w:lang w:val="tr-TR" w:eastAsia="tr-TR"/>
              </w:rPr>
              <w:t>attacks</w:t>
            </w:r>
            <w:proofErr w:type="spellEnd"/>
            <w:r w:rsidRPr="00E0234D">
              <w:rPr>
                <w:rFonts w:ascii="Arial" w:eastAsia="Times New Roman" w:hAnsi="Arial" w:cs="Arial"/>
                <w:color w:val="3D3E50"/>
                <w:sz w:val="20"/>
                <w:szCs w:val="20"/>
                <w:lang w:val="tr-TR" w:eastAsia="tr-TR"/>
              </w:rPr>
              <w:t>.</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session</w:t>
            </w:r>
            <w:proofErr w:type="spellEnd"/>
          </w:p>
        </w:tc>
        <w:tc>
          <w:tcPr>
            <w:tcW w:w="1418" w:type="dxa"/>
            <w:tcBorders>
              <w:top w:val="single" w:sz="4" w:space="0" w:color="auto"/>
              <w:left w:val="single" w:sz="4" w:space="0" w:color="auto"/>
              <w:bottom w:val="single" w:sz="4" w:space="0" w:color="auto"/>
              <w:right w:val="single" w:sz="4" w:space="0" w:color="auto"/>
            </w:tcBorders>
            <w:vAlign w:val="center"/>
            <w:hideMark/>
          </w:tcPr>
          <w:p w:rsidR="00317E1E" w:rsidRPr="003533EF" w:rsidRDefault="00317E1E" w:rsidP="00926C00">
            <w:pPr>
              <w:spacing w:after="0" w:line="240" w:lineRule="auto"/>
              <w:jc w:val="center"/>
              <w:rPr>
                <w:rFonts w:ascii="Arial" w:eastAsia="Times New Roman" w:hAnsi="Arial" w:cs="Arial"/>
                <w:sz w:val="20"/>
                <w:szCs w:val="20"/>
                <w:lang w:val="tr-TR" w:eastAsia="tr-TR"/>
              </w:rPr>
            </w:pPr>
            <w:proofErr w:type="spellStart"/>
            <w:r w:rsidRPr="00E0234D">
              <w:rPr>
                <w:rFonts w:ascii="Arial" w:eastAsia="Times New Roman" w:hAnsi="Arial" w:cs="Arial"/>
                <w:color w:val="3D3E50"/>
                <w:sz w:val="20"/>
                <w:szCs w:val="20"/>
                <w:lang w:val="tr-TR" w:eastAsia="tr-TR"/>
              </w:rPr>
              <w:t>Necessary</w:t>
            </w:r>
            <w:proofErr w:type="spellEnd"/>
          </w:p>
        </w:tc>
      </w:tr>
    </w:tbl>
    <w:p w:rsidR="00BC7A41" w:rsidRDefault="00BC7A41" w:rsidP="00E12413">
      <w:pPr>
        <w:spacing w:after="0" w:line="360" w:lineRule="auto"/>
        <w:jc w:val="both"/>
        <w:rPr>
          <w:rFonts w:ascii="Arial" w:hAnsi="Arial" w:cs="Arial"/>
          <w:sz w:val="24"/>
          <w:szCs w:val="24"/>
          <w:lang w:val="tr-TR"/>
        </w:rPr>
      </w:pP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 xml:space="preserve">5. </w:t>
      </w:r>
      <w:r w:rsidRPr="00BC7A41">
        <w:rPr>
          <w:rFonts w:ascii="Arial" w:hAnsi="Arial" w:cs="Arial"/>
          <w:b/>
          <w:lang w:val="tr-TR"/>
        </w:rPr>
        <w:t>ÇEREZLERİN GENEL ÖZELLİKLERİ</w:t>
      </w:r>
    </w:p>
    <w:p w:rsidR="00BC7A41" w:rsidRDefault="00317E1E" w:rsidP="00E12413">
      <w:pPr>
        <w:spacing w:after="0" w:line="360" w:lineRule="auto"/>
        <w:jc w:val="both"/>
        <w:rPr>
          <w:rFonts w:ascii="Arial" w:hAnsi="Arial" w:cs="Arial"/>
          <w:lang w:val="tr-TR"/>
        </w:rPr>
      </w:pPr>
      <w:r w:rsidRPr="00BC7A41">
        <w:rPr>
          <w:rFonts w:ascii="Arial" w:hAnsi="Arial" w:cs="Arial"/>
          <w:lang w:val="tr-TR"/>
        </w:rPr>
        <w:t xml:space="preserve">Çerezler, sitemizde oturum çerezleri ve kalıcı çerezler olarak </w:t>
      </w:r>
      <w:r w:rsidR="00E12413" w:rsidRPr="00BC7A41">
        <w:rPr>
          <w:rFonts w:ascii="Arial" w:hAnsi="Arial" w:cs="Arial"/>
          <w:lang w:val="tr-TR"/>
        </w:rPr>
        <w:t>işlev göstermektedir</w:t>
      </w:r>
      <w:r w:rsidRPr="00BC7A41">
        <w:rPr>
          <w:rFonts w:ascii="Arial" w:hAnsi="Arial" w:cs="Arial"/>
          <w:lang w:val="tr-TR"/>
        </w:rPr>
        <w:t>.</w:t>
      </w:r>
      <w:r w:rsidR="00E12413" w:rsidRPr="00BC7A41">
        <w:rPr>
          <w:rFonts w:ascii="Arial" w:hAnsi="Arial" w:cs="Arial"/>
          <w:lang w:val="tr-TR"/>
        </w:rPr>
        <w:t xml:space="preserve"> </w:t>
      </w:r>
      <w:r w:rsidRPr="00BC7A41">
        <w:rPr>
          <w:rFonts w:ascii="Arial" w:hAnsi="Arial" w:cs="Arial"/>
          <w:lang w:val="tr-TR"/>
        </w:rPr>
        <w:t>Oturum çerezleri, tarayıcınızı kapatmanız ile ç</w:t>
      </w:r>
      <w:r w:rsidR="00E12413" w:rsidRPr="00BC7A41">
        <w:rPr>
          <w:rFonts w:ascii="Arial" w:hAnsi="Arial" w:cs="Arial"/>
          <w:lang w:val="tr-TR"/>
        </w:rPr>
        <w:t xml:space="preserve">alışmayı </w:t>
      </w:r>
      <w:r w:rsidRPr="00BC7A41">
        <w:rPr>
          <w:rFonts w:ascii="Arial" w:hAnsi="Arial" w:cs="Arial"/>
          <w:lang w:val="tr-TR"/>
        </w:rPr>
        <w:t>durdurmaktadır.</w:t>
      </w:r>
      <w:r w:rsidR="00E12413" w:rsidRPr="00BC7A41">
        <w:rPr>
          <w:rFonts w:ascii="Arial" w:hAnsi="Arial" w:cs="Arial"/>
          <w:lang w:val="tr-TR"/>
        </w:rPr>
        <w:t xml:space="preserve"> </w:t>
      </w:r>
      <w:r w:rsidRPr="00BC7A41">
        <w:rPr>
          <w:rFonts w:ascii="Arial" w:hAnsi="Arial" w:cs="Arial"/>
          <w:lang w:val="tr-TR"/>
        </w:rPr>
        <w:t>Kalıcı çerezler ise hard diskinizde uzun süre boyunca</w:t>
      </w:r>
      <w:r w:rsidR="00E12413" w:rsidRPr="00BC7A41">
        <w:rPr>
          <w:rFonts w:ascii="Arial" w:hAnsi="Arial" w:cs="Arial"/>
          <w:lang w:val="tr-TR"/>
        </w:rPr>
        <w:t xml:space="preserve"> </w:t>
      </w:r>
      <w:r w:rsidRPr="00BC7A41">
        <w:rPr>
          <w:rFonts w:ascii="Arial" w:hAnsi="Arial" w:cs="Arial"/>
          <w:lang w:val="tr-TR"/>
        </w:rPr>
        <w:t>kalabilmektedir.</w:t>
      </w:r>
    </w:p>
    <w:p w:rsidR="00BC7A41" w:rsidRDefault="00BC7A41" w:rsidP="00E12413">
      <w:pPr>
        <w:spacing w:after="0" w:line="360" w:lineRule="auto"/>
        <w:jc w:val="both"/>
        <w:rPr>
          <w:rFonts w:ascii="Arial" w:hAnsi="Arial" w:cs="Arial"/>
          <w:lang w:val="tr-TR"/>
        </w:rPr>
      </w:pP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 xml:space="preserve">6. </w:t>
      </w:r>
      <w:r w:rsidRPr="00BC7A41">
        <w:rPr>
          <w:rFonts w:ascii="Arial" w:hAnsi="Arial" w:cs="Arial"/>
          <w:b/>
          <w:lang w:val="tr-TR"/>
        </w:rPr>
        <w:t>KULLANILAN ÇEREZLERİN TÜRLERİ</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6.1 Saklandığı Süre Bakımından Çerez Türleri</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6.1.1 Kalıcı Çerezler</w:t>
      </w:r>
    </w:p>
    <w:p w:rsidR="00317E1E" w:rsidRPr="00BC7A41" w:rsidRDefault="00317E1E" w:rsidP="00E12413">
      <w:pPr>
        <w:spacing w:after="0" w:line="360" w:lineRule="auto"/>
        <w:jc w:val="both"/>
        <w:rPr>
          <w:rFonts w:ascii="Arial" w:hAnsi="Arial" w:cs="Arial"/>
          <w:lang w:val="tr-TR"/>
        </w:rPr>
      </w:pPr>
      <w:r w:rsidRPr="00BC7A41">
        <w:rPr>
          <w:rFonts w:ascii="Arial" w:hAnsi="Arial" w:cs="Arial"/>
          <w:lang w:val="tr-TR"/>
        </w:rPr>
        <w:t>Kişinin bilgisayarında belirli bir tarihe (GDPR e-G</w:t>
      </w:r>
      <w:r w:rsidR="00E12413" w:rsidRPr="00BC7A41">
        <w:rPr>
          <w:rFonts w:ascii="Arial" w:hAnsi="Arial" w:cs="Arial"/>
          <w:lang w:val="tr-TR"/>
        </w:rPr>
        <w:t xml:space="preserve">izlilik Direktifine göre 12 aydan </w:t>
      </w:r>
      <w:r w:rsidRPr="00BC7A41">
        <w:rPr>
          <w:rFonts w:ascii="Arial" w:hAnsi="Arial" w:cs="Arial"/>
          <w:lang w:val="tr-TR"/>
        </w:rPr>
        <w:t xml:space="preserve">daha uzun sürmemelidir.) veya ziyaretçi </w:t>
      </w:r>
      <w:r w:rsidR="00E12413" w:rsidRPr="00BC7A41">
        <w:rPr>
          <w:rFonts w:ascii="Arial" w:hAnsi="Arial" w:cs="Arial"/>
          <w:lang w:val="tr-TR"/>
        </w:rPr>
        <w:t xml:space="preserve">tarafından silinene kadar varlığını </w:t>
      </w:r>
      <w:r w:rsidRPr="00BC7A41">
        <w:rPr>
          <w:rFonts w:ascii="Arial" w:hAnsi="Arial" w:cs="Arial"/>
          <w:lang w:val="tr-TR"/>
        </w:rPr>
        <w:t xml:space="preserve">sürdüren çerezlerdir. Bu çerezler, çoğunlukla ziyaretçilerin web site </w:t>
      </w:r>
      <w:r w:rsidR="00E12413" w:rsidRPr="00BC7A41">
        <w:rPr>
          <w:rFonts w:ascii="Arial" w:hAnsi="Arial" w:cs="Arial"/>
          <w:lang w:val="tr-TR"/>
        </w:rPr>
        <w:t xml:space="preserve">hareketlerini </w:t>
      </w:r>
      <w:r w:rsidRPr="00BC7A41">
        <w:rPr>
          <w:rFonts w:ascii="Arial" w:hAnsi="Arial" w:cs="Arial"/>
          <w:lang w:val="tr-TR"/>
        </w:rPr>
        <w:t>ve tercihlerini ölçmek amacıyla kullanılır. Örneğin</w:t>
      </w:r>
      <w:r w:rsidR="00E12413" w:rsidRPr="00BC7A41">
        <w:rPr>
          <w:rFonts w:ascii="Arial" w:hAnsi="Arial" w:cs="Arial"/>
          <w:lang w:val="tr-TR"/>
        </w:rPr>
        <w:t xml:space="preserve">; Kullanıcı adı, şifre, sepete </w:t>
      </w:r>
      <w:r w:rsidRPr="00BC7A41">
        <w:rPr>
          <w:rFonts w:ascii="Arial" w:hAnsi="Arial" w:cs="Arial"/>
          <w:lang w:val="tr-TR"/>
        </w:rPr>
        <w:t>eklenen ürünler vb.</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6.1.2 Oturum Çerezleri</w:t>
      </w:r>
      <w:r w:rsidR="00E12413" w:rsidRPr="00BC7A41">
        <w:rPr>
          <w:rFonts w:ascii="Arial" w:hAnsi="Arial" w:cs="Arial"/>
          <w:lang w:val="tr-TR"/>
        </w:rPr>
        <w:t xml:space="preserve">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Oturum çerezleri “tarayıcı oturumu” süresince ge</w:t>
      </w:r>
      <w:r w:rsidR="00E12413" w:rsidRPr="00BC7A41">
        <w:rPr>
          <w:rFonts w:ascii="Arial" w:hAnsi="Arial" w:cs="Arial"/>
          <w:lang w:val="tr-TR"/>
        </w:rPr>
        <w:t xml:space="preserve">çerlidir. Tarayıcı oturumu, web </w:t>
      </w:r>
      <w:r w:rsidRPr="00BC7A41">
        <w:rPr>
          <w:rFonts w:ascii="Arial" w:hAnsi="Arial" w:cs="Arial"/>
          <w:lang w:val="tr-TR"/>
        </w:rPr>
        <w:t>tarayıcısı ziyaretçinin tarayıcı</w:t>
      </w:r>
      <w:r w:rsidR="00E12413" w:rsidRPr="00BC7A41">
        <w:rPr>
          <w:rFonts w:ascii="Arial" w:hAnsi="Arial" w:cs="Arial"/>
          <w:lang w:val="tr-TR"/>
        </w:rPr>
        <w:t xml:space="preserve"> </w:t>
      </w:r>
      <w:r w:rsidRPr="00BC7A41">
        <w:rPr>
          <w:rFonts w:ascii="Arial" w:hAnsi="Arial" w:cs="Arial"/>
          <w:lang w:val="tr-TR"/>
        </w:rPr>
        <w:t xml:space="preserve">penceresini </w:t>
      </w:r>
      <w:r w:rsidR="00E12413" w:rsidRPr="00BC7A41">
        <w:rPr>
          <w:rFonts w:ascii="Arial" w:hAnsi="Arial" w:cs="Arial"/>
          <w:lang w:val="tr-TR"/>
        </w:rPr>
        <w:t>açtığı</w:t>
      </w:r>
      <w:r w:rsidRPr="00BC7A41">
        <w:rPr>
          <w:rFonts w:ascii="Arial" w:hAnsi="Arial" w:cs="Arial"/>
          <w:lang w:val="tr-TR"/>
        </w:rPr>
        <w:t xml:space="preserve"> an başlamakta olup, tarayıcı penceresi </w:t>
      </w:r>
      <w:r w:rsidR="00E12413" w:rsidRPr="00BC7A41">
        <w:rPr>
          <w:rFonts w:ascii="Arial" w:hAnsi="Arial" w:cs="Arial"/>
          <w:lang w:val="tr-TR"/>
        </w:rPr>
        <w:t>kapatılınca</w:t>
      </w:r>
      <w:r w:rsidRPr="00BC7A41">
        <w:rPr>
          <w:rFonts w:ascii="Arial" w:hAnsi="Arial" w:cs="Arial"/>
          <w:lang w:val="tr-TR"/>
        </w:rPr>
        <w:t xml:space="preserve"> sonlanır. Tarayıcının </w:t>
      </w:r>
      <w:r w:rsidR="00E12413" w:rsidRPr="00BC7A41">
        <w:rPr>
          <w:rFonts w:ascii="Arial" w:hAnsi="Arial" w:cs="Arial"/>
          <w:lang w:val="tr-TR"/>
        </w:rPr>
        <w:t xml:space="preserve">kapatılmasıyla birlikte, tüm geçici </w:t>
      </w:r>
      <w:r w:rsidRPr="00BC7A41">
        <w:rPr>
          <w:rFonts w:ascii="Arial" w:hAnsi="Arial" w:cs="Arial"/>
          <w:lang w:val="tr-TR"/>
        </w:rPr>
        <w:t>çerezler silinir. Örneğin; arama butonunu kul</w:t>
      </w:r>
      <w:r w:rsidR="00E12413" w:rsidRPr="00BC7A41">
        <w:rPr>
          <w:rFonts w:ascii="Arial" w:hAnsi="Arial" w:cs="Arial"/>
          <w:lang w:val="tr-TR"/>
        </w:rPr>
        <w:t xml:space="preserve">lanarak sitede bir ürün aramak, filtreleme </w:t>
      </w:r>
      <w:r w:rsidRPr="00BC7A41">
        <w:rPr>
          <w:rFonts w:ascii="Arial" w:hAnsi="Arial" w:cs="Arial"/>
          <w:lang w:val="tr-TR"/>
        </w:rPr>
        <w:t>özelliğini kullanmak gibi.</w:t>
      </w:r>
    </w:p>
    <w:p w:rsidR="00BC7A41" w:rsidRDefault="00BC7A41" w:rsidP="00E12413">
      <w:pPr>
        <w:spacing w:after="0" w:line="360" w:lineRule="auto"/>
        <w:jc w:val="both"/>
        <w:rPr>
          <w:rFonts w:ascii="Arial" w:hAnsi="Arial" w:cs="Arial"/>
          <w:lang w:val="tr-TR"/>
        </w:rPr>
      </w:pPr>
    </w:p>
    <w:p w:rsidR="00BC7A41" w:rsidRDefault="00BC7A41" w:rsidP="00E12413">
      <w:pPr>
        <w:spacing w:after="0" w:line="360" w:lineRule="auto"/>
        <w:jc w:val="both"/>
        <w:rPr>
          <w:rFonts w:ascii="Arial" w:hAnsi="Arial" w:cs="Arial"/>
          <w:lang w:val="tr-TR"/>
        </w:rPr>
      </w:pP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lastRenderedPageBreak/>
        <w:t>6.2 Kullanım Bakımından Çerez Türleri</w:t>
      </w:r>
      <w:r w:rsidR="00E12413" w:rsidRPr="00BC7A41">
        <w:rPr>
          <w:rFonts w:ascii="Arial" w:hAnsi="Arial" w:cs="Arial"/>
          <w:lang w:val="tr-TR"/>
        </w:rPr>
        <w:t xml:space="preserve">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6.2.1 Zorunlu/Teknik Çerezler</w:t>
      </w:r>
      <w:r w:rsidR="00E12413" w:rsidRPr="00BC7A41">
        <w:rPr>
          <w:rFonts w:ascii="Arial" w:hAnsi="Arial" w:cs="Arial"/>
          <w:lang w:val="tr-TR"/>
        </w:rPr>
        <w:t xml:space="preserve">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Web sitesinde gezinmek, web sitesinin özell</w:t>
      </w:r>
      <w:r w:rsidR="00E12413" w:rsidRPr="00BC7A41">
        <w:rPr>
          <w:rFonts w:ascii="Arial" w:hAnsi="Arial" w:cs="Arial"/>
          <w:lang w:val="tr-TR"/>
        </w:rPr>
        <w:t xml:space="preserve">iklerinden faydalanabilmek için </w:t>
      </w:r>
      <w:r w:rsidRPr="00BC7A41">
        <w:rPr>
          <w:rFonts w:ascii="Arial" w:hAnsi="Arial" w:cs="Arial"/>
          <w:lang w:val="tr-TR"/>
        </w:rPr>
        <w:t>kullanılan çerezler zorunlu/teknik</w:t>
      </w:r>
      <w:r w:rsidR="00E12413" w:rsidRPr="00BC7A41">
        <w:rPr>
          <w:rFonts w:ascii="Arial" w:hAnsi="Arial" w:cs="Arial"/>
          <w:lang w:val="tr-TR"/>
        </w:rPr>
        <w:t xml:space="preserve"> </w:t>
      </w:r>
      <w:r w:rsidRPr="00BC7A41">
        <w:rPr>
          <w:rFonts w:ascii="Arial" w:hAnsi="Arial" w:cs="Arial"/>
          <w:lang w:val="tr-TR"/>
        </w:rPr>
        <w:t>çerezl</w:t>
      </w:r>
      <w:r w:rsidR="00E12413" w:rsidRPr="00BC7A41">
        <w:rPr>
          <w:rFonts w:ascii="Arial" w:hAnsi="Arial" w:cs="Arial"/>
          <w:lang w:val="tr-TR"/>
        </w:rPr>
        <w:t xml:space="preserve">erdir. Bu çerezler olmadan, web </w:t>
      </w:r>
      <w:r w:rsidRPr="00BC7A41">
        <w:rPr>
          <w:rFonts w:ascii="Arial" w:hAnsi="Arial" w:cs="Arial"/>
          <w:lang w:val="tr-TR"/>
        </w:rPr>
        <w:t>sitesinden sağlanan temel hizmetlerden faydalanılmaz.</w:t>
      </w:r>
      <w:r w:rsidR="00E12413" w:rsidRPr="00BC7A41">
        <w:rPr>
          <w:rFonts w:ascii="Arial" w:hAnsi="Arial" w:cs="Arial"/>
          <w:lang w:val="tr-TR"/>
        </w:rPr>
        <w:t xml:space="preserve"> Bu çerezlere, sistemin </w:t>
      </w:r>
      <w:r w:rsidRPr="00BC7A41">
        <w:rPr>
          <w:rFonts w:ascii="Arial" w:hAnsi="Arial" w:cs="Arial"/>
          <w:lang w:val="tr-TR"/>
        </w:rPr>
        <w:t>yönetilebilmesi, sahte işlemlerin önlenebilmesi için ihtiyaç vardır ve engellenmesi</w:t>
      </w:r>
      <w:r w:rsidR="00E12413" w:rsidRPr="00BC7A41">
        <w:rPr>
          <w:rFonts w:ascii="Arial" w:hAnsi="Arial" w:cs="Arial"/>
          <w:lang w:val="tr-TR"/>
        </w:rPr>
        <w:t xml:space="preserve"> </w:t>
      </w:r>
      <w:r w:rsidRPr="00BC7A41">
        <w:rPr>
          <w:rFonts w:ascii="Arial" w:hAnsi="Arial" w:cs="Arial"/>
          <w:lang w:val="tr-TR"/>
        </w:rPr>
        <w:t xml:space="preserve">halinde web sitesi çalışmaz.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Örneğin; Bir web sitesinde f</w:t>
      </w:r>
      <w:r w:rsidR="00E12413" w:rsidRPr="00BC7A41">
        <w:rPr>
          <w:rFonts w:ascii="Arial" w:hAnsi="Arial" w:cs="Arial"/>
          <w:lang w:val="tr-TR"/>
        </w:rPr>
        <w:t xml:space="preserve">iltreleme özelliği, arama </w:t>
      </w:r>
      <w:r w:rsidRPr="00BC7A41">
        <w:rPr>
          <w:rFonts w:ascii="Arial" w:hAnsi="Arial" w:cs="Arial"/>
          <w:lang w:val="tr-TR"/>
        </w:rPr>
        <w:t>motoru vb. var ise</w:t>
      </w:r>
      <w:r w:rsidR="00E12413" w:rsidRPr="00BC7A41">
        <w:rPr>
          <w:rFonts w:ascii="Arial" w:hAnsi="Arial" w:cs="Arial"/>
          <w:lang w:val="tr-TR"/>
        </w:rPr>
        <w:t xml:space="preserve"> </w:t>
      </w:r>
      <w:r w:rsidRPr="00BC7A41">
        <w:rPr>
          <w:rFonts w:ascii="Arial" w:hAnsi="Arial" w:cs="Arial"/>
          <w:lang w:val="tr-TR"/>
        </w:rPr>
        <w:t>zorunlu/teknik çerezleri kaldırdı</w:t>
      </w:r>
      <w:r w:rsidR="00E12413" w:rsidRPr="00BC7A41">
        <w:rPr>
          <w:rFonts w:ascii="Arial" w:hAnsi="Arial" w:cs="Arial"/>
          <w:lang w:val="tr-TR"/>
        </w:rPr>
        <w:t xml:space="preserve">ğınız takdirde bu özelliklerden </w:t>
      </w:r>
      <w:r w:rsidRPr="00BC7A41">
        <w:rPr>
          <w:rFonts w:ascii="Arial" w:hAnsi="Arial" w:cs="Arial"/>
          <w:lang w:val="tr-TR"/>
        </w:rPr>
        <w:t>faydalanamayabilirsiniz.</w:t>
      </w:r>
    </w:p>
    <w:p w:rsidR="00E12413" w:rsidRPr="00BC7A41" w:rsidRDefault="00E12413" w:rsidP="00E12413">
      <w:pPr>
        <w:spacing w:after="0" w:line="360" w:lineRule="auto"/>
        <w:jc w:val="both"/>
        <w:rPr>
          <w:rFonts w:ascii="Arial" w:hAnsi="Arial" w:cs="Arial"/>
          <w:lang w:val="tr-TR"/>
        </w:rPr>
      </w:pP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6.2.2 Performans ve Analiz Çerezleri</w:t>
      </w:r>
      <w:r w:rsidR="00E12413" w:rsidRPr="00BC7A41">
        <w:rPr>
          <w:rFonts w:ascii="Arial" w:hAnsi="Arial" w:cs="Arial"/>
          <w:lang w:val="tr-TR"/>
        </w:rPr>
        <w:t xml:space="preserve"> </w:t>
      </w:r>
    </w:p>
    <w:p w:rsidR="00BC7A41" w:rsidRDefault="00317E1E" w:rsidP="00E12413">
      <w:pPr>
        <w:spacing w:after="0" w:line="360" w:lineRule="auto"/>
        <w:jc w:val="both"/>
        <w:rPr>
          <w:rFonts w:ascii="Arial" w:hAnsi="Arial" w:cs="Arial"/>
          <w:lang w:val="tr-TR"/>
        </w:rPr>
      </w:pPr>
      <w:r w:rsidRPr="00BC7A41">
        <w:rPr>
          <w:rFonts w:ascii="Arial" w:hAnsi="Arial" w:cs="Arial"/>
          <w:lang w:val="tr-TR"/>
        </w:rPr>
        <w:t>Bir web sitesinin ziyaretçi tarafından ne şek</w:t>
      </w:r>
      <w:r w:rsidR="00E12413" w:rsidRPr="00BC7A41">
        <w:rPr>
          <w:rFonts w:ascii="Arial" w:hAnsi="Arial" w:cs="Arial"/>
          <w:lang w:val="tr-TR"/>
        </w:rPr>
        <w:t xml:space="preserve">ilde kullanıldığı, en sık hangi </w:t>
      </w:r>
      <w:r w:rsidRPr="00BC7A41">
        <w:rPr>
          <w:rFonts w:ascii="Arial" w:hAnsi="Arial" w:cs="Arial"/>
          <w:lang w:val="tr-TR"/>
        </w:rPr>
        <w:t>sayfalara girildiği, hata mesajları</w:t>
      </w:r>
      <w:r w:rsidR="00E12413" w:rsidRPr="00BC7A41">
        <w:rPr>
          <w:rFonts w:ascii="Arial" w:hAnsi="Arial" w:cs="Arial"/>
          <w:lang w:val="tr-TR"/>
        </w:rPr>
        <w:t xml:space="preserve"> </w:t>
      </w:r>
      <w:r w:rsidRPr="00BC7A41">
        <w:rPr>
          <w:rFonts w:ascii="Arial" w:hAnsi="Arial" w:cs="Arial"/>
          <w:lang w:val="tr-TR"/>
        </w:rPr>
        <w:t xml:space="preserve">görüntülenip </w:t>
      </w:r>
      <w:r w:rsidR="00E12413" w:rsidRPr="00BC7A41">
        <w:rPr>
          <w:rFonts w:ascii="Arial" w:hAnsi="Arial" w:cs="Arial"/>
          <w:lang w:val="tr-TR"/>
        </w:rPr>
        <w:t xml:space="preserve">görüntülenmediği gibi bilgileri </w:t>
      </w:r>
      <w:r w:rsidRPr="00BC7A41">
        <w:rPr>
          <w:rFonts w:ascii="Arial" w:hAnsi="Arial" w:cs="Arial"/>
          <w:lang w:val="tr-TR"/>
        </w:rPr>
        <w:t>toplayan çerezlerdir. Kullanıcı dostu özelliğini arttırmak ve web</w:t>
      </w:r>
      <w:r w:rsidR="00E12413" w:rsidRPr="00BC7A41">
        <w:rPr>
          <w:rFonts w:ascii="Arial" w:hAnsi="Arial" w:cs="Arial"/>
          <w:lang w:val="tr-TR"/>
        </w:rPr>
        <w:t xml:space="preserve"> sitelerini özellikle </w:t>
      </w:r>
      <w:r w:rsidRPr="00BC7A41">
        <w:rPr>
          <w:rFonts w:ascii="Arial" w:hAnsi="Arial" w:cs="Arial"/>
          <w:lang w:val="tr-TR"/>
        </w:rPr>
        <w:t>bireysel ziyaretçiye uyarlamak için kullanılırlar.</w:t>
      </w:r>
      <w:r w:rsidR="00E12413" w:rsidRPr="00BC7A41">
        <w:rPr>
          <w:rFonts w:ascii="Arial" w:hAnsi="Arial" w:cs="Arial"/>
          <w:lang w:val="tr-TR"/>
        </w:rPr>
        <w:t xml:space="preserve"> </w:t>
      </w:r>
      <w:r w:rsidRPr="00BC7A41">
        <w:rPr>
          <w:rFonts w:ascii="Arial" w:hAnsi="Arial" w:cs="Arial"/>
          <w:lang w:val="tr-TR"/>
        </w:rPr>
        <w:t>Bu tür</w:t>
      </w:r>
      <w:r w:rsidR="00E12413" w:rsidRPr="00BC7A41">
        <w:rPr>
          <w:rFonts w:ascii="Arial" w:hAnsi="Arial" w:cs="Arial"/>
          <w:lang w:val="tr-TR"/>
        </w:rPr>
        <w:t xml:space="preserve"> çerezler, ilgili web sitesinin </w:t>
      </w:r>
      <w:r w:rsidRPr="00BC7A41">
        <w:rPr>
          <w:rFonts w:ascii="Arial" w:hAnsi="Arial" w:cs="Arial"/>
          <w:lang w:val="tr-TR"/>
        </w:rPr>
        <w:t>kullanım şekli, ziyaret sıklığı ve sayısı gibi bilgileri toplar ve ziyaretçilerin</w:t>
      </w:r>
      <w:r w:rsidR="00E12413" w:rsidRPr="00BC7A41">
        <w:rPr>
          <w:rFonts w:ascii="Arial" w:hAnsi="Arial" w:cs="Arial"/>
          <w:lang w:val="tr-TR"/>
        </w:rPr>
        <w:t xml:space="preserve"> web </w:t>
      </w:r>
      <w:r w:rsidRPr="00BC7A41">
        <w:rPr>
          <w:rFonts w:ascii="Arial" w:hAnsi="Arial" w:cs="Arial"/>
          <w:lang w:val="tr-TR"/>
        </w:rPr>
        <w:t>sitesine nasıl geçtiğini, web sitesi içinde nas</w:t>
      </w:r>
      <w:r w:rsidR="00E12413" w:rsidRPr="00BC7A41">
        <w:rPr>
          <w:rFonts w:ascii="Arial" w:hAnsi="Arial" w:cs="Arial"/>
          <w:lang w:val="tr-TR"/>
        </w:rPr>
        <w:t xml:space="preserve">ıl davranış tercihleri olduğunu </w:t>
      </w:r>
      <w:r w:rsidRPr="00BC7A41">
        <w:rPr>
          <w:rFonts w:ascii="Arial" w:hAnsi="Arial" w:cs="Arial"/>
          <w:lang w:val="tr-TR"/>
        </w:rPr>
        <w:t>gösterirler. Bu tür çerezlerin</w:t>
      </w:r>
      <w:r w:rsidR="00E12413" w:rsidRPr="00BC7A41">
        <w:rPr>
          <w:rFonts w:ascii="Arial" w:hAnsi="Arial" w:cs="Arial"/>
          <w:lang w:val="tr-TR"/>
        </w:rPr>
        <w:t xml:space="preserve"> </w:t>
      </w:r>
      <w:r w:rsidRPr="00BC7A41">
        <w:rPr>
          <w:rFonts w:ascii="Arial" w:hAnsi="Arial" w:cs="Arial"/>
          <w:lang w:val="tr-TR"/>
        </w:rPr>
        <w:t>kullanım amacı, ilgili</w:t>
      </w:r>
      <w:r w:rsidR="00E12413" w:rsidRPr="00BC7A41">
        <w:rPr>
          <w:rFonts w:ascii="Arial" w:hAnsi="Arial" w:cs="Arial"/>
          <w:lang w:val="tr-TR"/>
        </w:rPr>
        <w:t xml:space="preserve"> web sitesinin işleyiş biçimini </w:t>
      </w:r>
      <w:r w:rsidRPr="00BC7A41">
        <w:rPr>
          <w:rFonts w:ascii="Arial" w:hAnsi="Arial" w:cs="Arial"/>
          <w:lang w:val="tr-TR"/>
        </w:rPr>
        <w:t>iyileştirerek performans arttırmak, kullanım kolaylığı</w:t>
      </w:r>
      <w:r w:rsidR="00E12413" w:rsidRPr="00BC7A41">
        <w:rPr>
          <w:rFonts w:ascii="Arial" w:hAnsi="Arial" w:cs="Arial"/>
          <w:lang w:val="tr-TR"/>
        </w:rPr>
        <w:t xml:space="preserve"> sağlamak ve web sitesini </w:t>
      </w:r>
      <w:r w:rsidRPr="00BC7A41">
        <w:rPr>
          <w:rFonts w:ascii="Arial" w:hAnsi="Arial" w:cs="Arial"/>
          <w:lang w:val="tr-TR"/>
        </w:rPr>
        <w:t>ziyaret edenlerin genel kullanım eğilimlerini belirlemektir. Örneğin; En çok ziyaret</w:t>
      </w:r>
      <w:r w:rsidR="00E12413" w:rsidRPr="00BC7A41">
        <w:rPr>
          <w:rFonts w:ascii="Arial" w:hAnsi="Arial" w:cs="Arial"/>
          <w:lang w:val="tr-TR"/>
        </w:rPr>
        <w:t xml:space="preserve"> </w:t>
      </w:r>
      <w:r w:rsidRPr="00BC7A41">
        <w:rPr>
          <w:rFonts w:ascii="Arial" w:hAnsi="Arial" w:cs="Arial"/>
          <w:lang w:val="tr-TR"/>
        </w:rPr>
        <w:t>ettiğiniz, en çok süre geçirdiğiniz sayfaları, incelediğiniz ürünleri gösterirler.</w:t>
      </w:r>
    </w:p>
    <w:p w:rsidR="00E12413" w:rsidRPr="00BC7A41" w:rsidRDefault="00E12413" w:rsidP="00E12413">
      <w:pPr>
        <w:spacing w:after="0" w:line="360" w:lineRule="auto"/>
        <w:jc w:val="both"/>
        <w:rPr>
          <w:rFonts w:ascii="Arial" w:hAnsi="Arial" w:cs="Arial"/>
          <w:lang w:val="tr-TR"/>
        </w:rPr>
      </w:pPr>
      <w:r w:rsidRPr="00BC7A41">
        <w:rPr>
          <w:rFonts w:ascii="Arial" w:hAnsi="Arial" w:cs="Arial"/>
          <w:lang w:val="tr-TR"/>
        </w:rPr>
        <w:t xml:space="preserve">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6.2.3 Hedef/Reklam Çerezleri</w:t>
      </w:r>
      <w:r w:rsidR="00E12413" w:rsidRPr="00BC7A41">
        <w:rPr>
          <w:rFonts w:ascii="Arial" w:hAnsi="Arial" w:cs="Arial"/>
          <w:lang w:val="tr-TR"/>
        </w:rPr>
        <w:t xml:space="preserve"> </w:t>
      </w:r>
    </w:p>
    <w:p w:rsidR="00E12413" w:rsidRDefault="00317E1E" w:rsidP="00E12413">
      <w:pPr>
        <w:spacing w:after="0" w:line="360" w:lineRule="auto"/>
        <w:jc w:val="both"/>
        <w:rPr>
          <w:rFonts w:ascii="Arial" w:hAnsi="Arial" w:cs="Arial"/>
          <w:lang w:val="tr-TR"/>
        </w:rPr>
      </w:pPr>
      <w:r w:rsidRPr="00BC7A41">
        <w:rPr>
          <w:rFonts w:ascii="Arial" w:hAnsi="Arial" w:cs="Arial"/>
          <w:lang w:val="tr-TR"/>
        </w:rPr>
        <w:t>Tarayıcı alışkanlıklarıyla ilgili toplanan</w:t>
      </w:r>
      <w:r w:rsidR="00E12413" w:rsidRPr="00BC7A41">
        <w:rPr>
          <w:rFonts w:ascii="Arial" w:hAnsi="Arial" w:cs="Arial"/>
          <w:lang w:val="tr-TR"/>
        </w:rPr>
        <w:t xml:space="preserve"> bilgiler sayesinde ziyaretçiye </w:t>
      </w:r>
      <w:r w:rsidRPr="00BC7A41">
        <w:rPr>
          <w:rFonts w:ascii="Arial" w:hAnsi="Arial" w:cs="Arial"/>
          <w:lang w:val="tr-TR"/>
        </w:rPr>
        <w:t>kişiselleştirmiş reklamlar sunmak için</w:t>
      </w:r>
      <w:r w:rsidR="00E12413" w:rsidRPr="00BC7A41">
        <w:rPr>
          <w:rFonts w:ascii="Arial" w:hAnsi="Arial" w:cs="Arial"/>
          <w:lang w:val="tr-TR"/>
        </w:rPr>
        <w:t xml:space="preserve"> </w:t>
      </w:r>
      <w:r w:rsidRPr="00BC7A41">
        <w:rPr>
          <w:rFonts w:ascii="Arial" w:hAnsi="Arial" w:cs="Arial"/>
          <w:lang w:val="tr-TR"/>
        </w:rPr>
        <w:t>kullanılan çe</w:t>
      </w:r>
      <w:r w:rsidR="00E12413" w:rsidRPr="00BC7A41">
        <w:rPr>
          <w:rFonts w:ascii="Arial" w:hAnsi="Arial" w:cs="Arial"/>
          <w:lang w:val="tr-TR"/>
        </w:rPr>
        <w:t xml:space="preserve">rezlerdir. Daha önce web sitesi </w:t>
      </w:r>
      <w:r w:rsidRPr="00BC7A41">
        <w:rPr>
          <w:rFonts w:ascii="Arial" w:hAnsi="Arial" w:cs="Arial"/>
          <w:lang w:val="tr-TR"/>
        </w:rPr>
        <w:t>ziyaret edilmişse hatırlar ve bu bilgiyi diğer kurum ve kuruluşlar</w:t>
      </w:r>
      <w:r w:rsidR="00E12413" w:rsidRPr="00BC7A41">
        <w:rPr>
          <w:rFonts w:ascii="Arial" w:hAnsi="Arial" w:cs="Arial"/>
          <w:lang w:val="tr-TR"/>
        </w:rPr>
        <w:t xml:space="preserve"> ile paylaşır. Bu </w:t>
      </w:r>
      <w:r w:rsidRPr="00BC7A41">
        <w:rPr>
          <w:rFonts w:ascii="Arial" w:hAnsi="Arial" w:cs="Arial"/>
          <w:lang w:val="tr-TR"/>
        </w:rPr>
        <w:t>şekilde, ilgi alanlarına giren reklamların ziyare</w:t>
      </w:r>
      <w:r w:rsidR="00E12413" w:rsidRPr="00BC7A41">
        <w:rPr>
          <w:rFonts w:ascii="Arial" w:hAnsi="Arial" w:cs="Arial"/>
          <w:lang w:val="tr-TR"/>
        </w:rPr>
        <w:t xml:space="preserve">tçiye ulaşmasını sağlar. Her ne </w:t>
      </w:r>
      <w:r w:rsidRPr="00BC7A41">
        <w:rPr>
          <w:rFonts w:ascii="Arial" w:hAnsi="Arial" w:cs="Arial"/>
          <w:lang w:val="tr-TR"/>
        </w:rPr>
        <w:t>kadar bu çerezler</w:t>
      </w:r>
      <w:r w:rsidR="00E12413" w:rsidRPr="00BC7A41">
        <w:rPr>
          <w:rFonts w:ascii="Arial" w:hAnsi="Arial" w:cs="Arial"/>
          <w:lang w:val="tr-TR"/>
        </w:rPr>
        <w:t xml:space="preserve"> </w:t>
      </w:r>
      <w:r w:rsidRPr="00BC7A41">
        <w:rPr>
          <w:rFonts w:ascii="Arial" w:hAnsi="Arial" w:cs="Arial"/>
          <w:lang w:val="tr-TR"/>
        </w:rPr>
        <w:t>diğer web sitelerine yapıla</w:t>
      </w:r>
      <w:r w:rsidR="00E12413" w:rsidRPr="00BC7A41">
        <w:rPr>
          <w:rFonts w:ascii="Arial" w:hAnsi="Arial" w:cs="Arial"/>
          <w:lang w:val="tr-TR"/>
        </w:rPr>
        <w:t xml:space="preserve">n ziyaretleri takip edebilse de </w:t>
      </w:r>
      <w:r w:rsidRPr="00BC7A41">
        <w:rPr>
          <w:rFonts w:ascii="Arial" w:hAnsi="Arial" w:cs="Arial"/>
          <w:lang w:val="tr-TR"/>
        </w:rPr>
        <w:t>toplanan veriler ile ziyaretçi arasında bağlantı</w:t>
      </w:r>
      <w:r w:rsidR="00E12413" w:rsidRPr="00BC7A41">
        <w:rPr>
          <w:rFonts w:ascii="Arial" w:hAnsi="Arial" w:cs="Arial"/>
          <w:lang w:val="tr-TR"/>
        </w:rPr>
        <w:t xml:space="preserve"> kurulmadığından genellikle </w:t>
      </w:r>
      <w:r w:rsidRPr="00BC7A41">
        <w:rPr>
          <w:rFonts w:ascii="Arial" w:hAnsi="Arial" w:cs="Arial"/>
          <w:lang w:val="tr-TR"/>
        </w:rPr>
        <w:t>ziyaretçinin gerçekte kim olduğunu tespit edemezler. Bu çerezler tutulmazsa</w:t>
      </w:r>
      <w:r w:rsidR="00E12413" w:rsidRPr="00BC7A41">
        <w:rPr>
          <w:rFonts w:ascii="Arial" w:hAnsi="Arial" w:cs="Arial"/>
          <w:lang w:val="tr-TR"/>
        </w:rPr>
        <w:t xml:space="preserve"> </w:t>
      </w:r>
      <w:r w:rsidRPr="00BC7A41">
        <w:rPr>
          <w:rFonts w:ascii="Arial" w:hAnsi="Arial" w:cs="Arial"/>
          <w:lang w:val="tr-TR"/>
        </w:rPr>
        <w:t>ziyaretçi, ilgi alanlarınıza giren daha az içerikle karşıl</w:t>
      </w:r>
      <w:r w:rsidR="00E12413" w:rsidRPr="00BC7A41">
        <w:rPr>
          <w:rFonts w:ascii="Arial" w:hAnsi="Arial" w:cs="Arial"/>
          <w:lang w:val="tr-TR"/>
        </w:rPr>
        <w:t xml:space="preserve">aşılır. Örneğin; Bir elektronik </w:t>
      </w:r>
      <w:r w:rsidRPr="00BC7A41">
        <w:rPr>
          <w:rFonts w:ascii="Arial" w:hAnsi="Arial" w:cs="Arial"/>
          <w:lang w:val="tr-TR"/>
        </w:rPr>
        <w:t>ticaret web sitesinde</w:t>
      </w:r>
      <w:r w:rsidR="00E12413" w:rsidRPr="00BC7A41">
        <w:rPr>
          <w:rFonts w:ascii="Arial" w:hAnsi="Arial" w:cs="Arial"/>
          <w:lang w:val="tr-TR"/>
        </w:rPr>
        <w:t xml:space="preserve"> </w:t>
      </w:r>
      <w:r w:rsidRPr="00BC7A41">
        <w:rPr>
          <w:rFonts w:ascii="Arial" w:hAnsi="Arial" w:cs="Arial"/>
          <w:lang w:val="tr-TR"/>
        </w:rPr>
        <w:t>incelediğiniz bir ürünün</w:t>
      </w:r>
      <w:r w:rsidR="00E12413" w:rsidRPr="00BC7A41">
        <w:rPr>
          <w:rFonts w:ascii="Arial" w:hAnsi="Arial" w:cs="Arial"/>
          <w:lang w:val="tr-TR"/>
        </w:rPr>
        <w:t xml:space="preserve"> başka bir web sitesinde reklam </w:t>
      </w:r>
      <w:r w:rsidRPr="00BC7A41">
        <w:rPr>
          <w:rFonts w:ascii="Arial" w:hAnsi="Arial" w:cs="Arial"/>
          <w:lang w:val="tr-TR"/>
        </w:rPr>
        <w:t>olarak karşınıza çıkması.</w:t>
      </w:r>
      <w:r w:rsidR="00E12413" w:rsidRPr="00BC7A41">
        <w:rPr>
          <w:rFonts w:ascii="Arial" w:hAnsi="Arial" w:cs="Arial"/>
          <w:lang w:val="tr-TR"/>
        </w:rPr>
        <w:t xml:space="preserve"> </w:t>
      </w:r>
    </w:p>
    <w:p w:rsidR="00BC7A41" w:rsidRPr="00BC7A41" w:rsidRDefault="00BC7A41" w:rsidP="00E12413">
      <w:pPr>
        <w:spacing w:after="0" w:line="360" w:lineRule="auto"/>
        <w:jc w:val="both"/>
        <w:rPr>
          <w:rFonts w:ascii="Arial" w:hAnsi="Arial" w:cs="Arial"/>
          <w:lang w:val="tr-TR"/>
        </w:rPr>
      </w:pP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6.3 Taraf Çerez Türleri</w:t>
      </w:r>
      <w:r w:rsidR="00E12413" w:rsidRPr="00BC7A41">
        <w:rPr>
          <w:rFonts w:ascii="Arial" w:hAnsi="Arial" w:cs="Arial"/>
          <w:lang w:val="tr-TR"/>
        </w:rPr>
        <w:t xml:space="preserve"> </w:t>
      </w:r>
    </w:p>
    <w:p w:rsidR="00E12413" w:rsidRPr="00BC7A41" w:rsidRDefault="00317E1E" w:rsidP="00E12413">
      <w:pPr>
        <w:spacing w:after="0" w:line="360" w:lineRule="auto"/>
        <w:jc w:val="both"/>
        <w:rPr>
          <w:rFonts w:ascii="Arial" w:hAnsi="Arial" w:cs="Arial"/>
          <w:lang w:val="tr-TR"/>
        </w:rPr>
      </w:pPr>
      <w:r w:rsidRPr="00BC7A41">
        <w:rPr>
          <w:rFonts w:ascii="Arial" w:hAnsi="Arial" w:cs="Arial"/>
          <w:lang w:val="tr-TR"/>
        </w:rPr>
        <w:t>6.3.1 Birinci Taraf Çerezler</w:t>
      </w:r>
      <w:r w:rsidR="00E12413" w:rsidRPr="00BC7A41">
        <w:rPr>
          <w:rFonts w:ascii="Arial" w:hAnsi="Arial" w:cs="Arial"/>
          <w:lang w:val="tr-TR"/>
        </w:rPr>
        <w:t xml:space="preserve"> </w:t>
      </w:r>
    </w:p>
    <w:p w:rsidR="00317E1E" w:rsidRPr="00BC7A41" w:rsidRDefault="00317E1E" w:rsidP="00E12413">
      <w:pPr>
        <w:spacing w:after="0" w:line="360" w:lineRule="auto"/>
        <w:jc w:val="both"/>
        <w:rPr>
          <w:rFonts w:ascii="Arial" w:hAnsi="Arial" w:cs="Arial"/>
          <w:lang w:val="tr-TR"/>
        </w:rPr>
      </w:pPr>
      <w:r w:rsidRPr="00BC7A41">
        <w:rPr>
          <w:rFonts w:ascii="Arial" w:hAnsi="Arial" w:cs="Arial"/>
          <w:lang w:val="tr-TR"/>
        </w:rPr>
        <w:t>Birinci taraf çerezleri yasal tanıma göre bir web sit</w:t>
      </w:r>
      <w:r w:rsidR="00E12413" w:rsidRPr="00BC7A41">
        <w:rPr>
          <w:rFonts w:ascii="Arial" w:hAnsi="Arial" w:cs="Arial"/>
          <w:lang w:val="tr-TR"/>
        </w:rPr>
        <w:t xml:space="preserve">esini kullanmak için kesinlikle </w:t>
      </w:r>
      <w:r w:rsidRPr="00BC7A41">
        <w:rPr>
          <w:rFonts w:ascii="Arial" w:hAnsi="Arial" w:cs="Arial"/>
          <w:lang w:val="tr-TR"/>
        </w:rPr>
        <w:t>gerekli olmayan çerezlerdir</w:t>
      </w:r>
      <w:r w:rsidR="00E12413" w:rsidRPr="00BC7A41">
        <w:rPr>
          <w:rFonts w:ascii="Arial" w:hAnsi="Arial" w:cs="Arial"/>
          <w:lang w:val="tr-TR"/>
        </w:rPr>
        <w:t xml:space="preserve"> </w:t>
      </w:r>
      <w:r w:rsidRPr="00BC7A41">
        <w:rPr>
          <w:rFonts w:ascii="Arial" w:hAnsi="Arial" w:cs="Arial"/>
          <w:lang w:val="tr-TR"/>
        </w:rPr>
        <w:t>ancak tarama deneyimin</w:t>
      </w:r>
      <w:r w:rsidR="00E12413" w:rsidRPr="00BC7A41">
        <w:rPr>
          <w:rFonts w:ascii="Arial" w:hAnsi="Arial" w:cs="Arial"/>
          <w:lang w:val="tr-TR"/>
        </w:rPr>
        <w:t xml:space="preserve">i geliştirecek önemli görevleri </w:t>
      </w:r>
      <w:r w:rsidRPr="00BC7A41">
        <w:rPr>
          <w:rFonts w:ascii="Arial" w:hAnsi="Arial" w:cs="Arial"/>
          <w:lang w:val="tr-TR"/>
        </w:rPr>
        <w:t>yerine getirirler. Örneğin; Dil seçiminizin ve benzeri</w:t>
      </w:r>
      <w:r w:rsidR="00E12413" w:rsidRPr="00BC7A41">
        <w:rPr>
          <w:rFonts w:ascii="Arial" w:hAnsi="Arial" w:cs="Arial"/>
          <w:lang w:val="tr-TR"/>
        </w:rPr>
        <w:t xml:space="preserve"> ayar tercihlerinizin </w:t>
      </w:r>
      <w:r w:rsidRPr="00BC7A41">
        <w:rPr>
          <w:rFonts w:ascii="Arial" w:hAnsi="Arial" w:cs="Arial"/>
          <w:lang w:val="tr-TR"/>
        </w:rPr>
        <w:t xml:space="preserve">kaydedilmiş olmasını sağlarlar. Bu türden çerezler, </w:t>
      </w:r>
      <w:r w:rsidRPr="00BC7A41">
        <w:rPr>
          <w:rFonts w:ascii="Arial" w:hAnsi="Arial" w:cs="Arial"/>
          <w:lang w:val="tr-TR"/>
        </w:rPr>
        <w:lastRenderedPageBreak/>
        <w:t>ziyaret edilen web sitesince tanımlanan</w:t>
      </w:r>
      <w:r w:rsidR="00E12413" w:rsidRPr="00BC7A41">
        <w:rPr>
          <w:rFonts w:ascii="Arial" w:hAnsi="Arial" w:cs="Arial"/>
          <w:lang w:val="tr-TR"/>
        </w:rPr>
        <w:t xml:space="preserve"> </w:t>
      </w:r>
      <w:r w:rsidRPr="00BC7A41">
        <w:rPr>
          <w:rFonts w:ascii="Arial" w:hAnsi="Arial" w:cs="Arial"/>
          <w:lang w:val="tr-TR"/>
        </w:rPr>
        <w:t>ve sadece bu web sitesi tarafından okunabilen çerezlerdir.</w:t>
      </w:r>
    </w:p>
    <w:p w:rsidR="00E12413" w:rsidRPr="00BC7A41" w:rsidRDefault="00E12413" w:rsidP="00E12413">
      <w:pPr>
        <w:spacing w:after="0" w:line="360" w:lineRule="auto"/>
        <w:jc w:val="both"/>
        <w:rPr>
          <w:rFonts w:ascii="Arial" w:hAnsi="Arial" w:cs="Arial"/>
          <w:lang w:val="tr-TR"/>
        </w:rPr>
      </w:pPr>
      <w:r w:rsidRPr="00BC7A41">
        <w:rPr>
          <w:rFonts w:ascii="Arial" w:hAnsi="Arial" w:cs="Arial"/>
          <w:lang w:val="tr-TR"/>
        </w:rPr>
        <w:t xml:space="preserve">6.3.2 Üçüncü Taraf Çerezler </w:t>
      </w:r>
    </w:p>
    <w:p w:rsidR="00E12413" w:rsidRPr="00BC7A41" w:rsidRDefault="00E12413" w:rsidP="00E12413">
      <w:pPr>
        <w:spacing w:after="0" w:line="360" w:lineRule="auto"/>
        <w:jc w:val="both"/>
        <w:rPr>
          <w:rFonts w:ascii="Arial" w:hAnsi="Arial" w:cs="Arial"/>
          <w:lang w:val="tr-TR"/>
        </w:rPr>
      </w:pPr>
      <w:r w:rsidRPr="00BC7A41">
        <w:rPr>
          <w:rFonts w:ascii="Arial" w:hAnsi="Arial" w:cs="Arial"/>
          <w:lang w:val="tr-TR"/>
        </w:rPr>
        <w:t xml:space="preserve">Web sitesine </w:t>
      </w:r>
      <w:proofErr w:type="gramStart"/>
      <w:r w:rsidRPr="00BC7A41">
        <w:rPr>
          <w:rFonts w:ascii="Arial" w:hAnsi="Arial" w:cs="Arial"/>
          <w:lang w:val="tr-TR"/>
        </w:rPr>
        <w:t>entegre</w:t>
      </w:r>
      <w:proofErr w:type="gramEnd"/>
      <w:r w:rsidRPr="00BC7A41">
        <w:rPr>
          <w:rFonts w:ascii="Arial" w:hAnsi="Arial" w:cs="Arial"/>
          <w:lang w:val="tr-TR"/>
        </w:rPr>
        <w:t xml:space="preserve"> edilmiş üçüncü taraf çerez varsa, ziyaretçi doğrudan o web sitesine girmediği halde bazı çerezler kullanılabilir. Bu tür çerezlere üçüncü taraf çerezlere denir. Bu çerezler ziyaretçi hakkında bilgi toplamak ve web sitesi ziyaret edildiğinde ziyaretçiyi tanıyabilmek için ziyaretçiye uyarlanmış bir web sitesi sunabilmek amacıyla kullanılabilir. Örneğin; Bir web sitesindeki davranışınızı bir başka web sitesinde size gösterebileceği reklamlar için kullanılan çerezlerdir. </w:t>
      </w:r>
    </w:p>
    <w:p w:rsidR="00E12413" w:rsidRPr="00BC7A41" w:rsidRDefault="00E12413" w:rsidP="00E12413">
      <w:pPr>
        <w:spacing w:after="0" w:line="360" w:lineRule="auto"/>
        <w:jc w:val="both"/>
        <w:rPr>
          <w:rFonts w:ascii="Arial" w:hAnsi="Arial" w:cs="Arial"/>
          <w:lang w:val="tr-TR"/>
        </w:rPr>
      </w:pPr>
    </w:p>
    <w:p w:rsidR="00E12413" w:rsidRPr="00BC7A41" w:rsidRDefault="00E12413" w:rsidP="00E12413">
      <w:pPr>
        <w:spacing w:after="0" w:line="360" w:lineRule="auto"/>
        <w:jc w:val="both"/>
        <w:rPr>
          <w:rFonts w:ascii="Arial" w:hAnsi="Arial" w:cs="Arial"/>
          <w:b/>
          <w:lang w:val="tr-TR"/>
        </w:rPr>
      </w:pPr>
      <w:r w:rsidRPr="00BC7A41">
        <w:rPr>
          <w:rFonts w:ascii="Arial" w:hAnsi="Arial" w:cs="Arial"/>
          <w:lang w:val="tr-TR"/>
        </w:rPr>
        <w:t xml:space="preserve">7. </w:t>
      </w:r>
      <w:r w:rsidRPr="00BC7A41">
        <w:rPr>
          <w:rFonts w:ascii="Arial" w:hAnsi="Arial" w:cs="Arial"/>
          <w:b/>
          <w:lang w:val="tr-TR"/>
        </w:rPr>
        <w:t xml:space="preserve">ÇEREZLER NASIL KONTROL EDİLİR/DEVRE DIŞI BIRAKILIR? </w:t>
      </w:r>
    </w:p>
    <w:p w:rsidR="00E12413" w:rsidRDefault="00E12413" w:rsidP="00E12413">
      <w:pPr>
        <w:spacing w:after="0" w:line="360" w:lineRule="auto"/>
        <w:jc w:val="both"/>
        <w:rPr>
          <w:rFonts w:ascii="Arial" w:hAnsi="Arial" w:cs="Arial"/>
          <w:lang w:val="tr-TR"/>
        </w:rPr>
      </w:pPr>
      <w:r w:rsidRPr="00BC7A41">
        <w:rPr>
          <w:rFonts w:ascii="Arial" w:hAnsi="Arial" w:cs="Arial"/>
          <w:lang w:val="tr-TR"/>
        </w:rPr>
        <w:t xml:space="preserve">Çerez tercihlerinizi, tarayıcı ayarlarınızı değiştirerek isteğinize göre uyarlayabilirsiniz. Tarayıcınızın sunmuş olduğu imkânlara göre, çerezlerin kullanılmasını engelleyebilir, çerez kullanılmadan önce uyarı alabilir veya sadece bazı çerezleri devre dışı bırakabilir ya da silebilirsiniz. Çerezlerle alakalı tercihler, sitemize erişim sağladığınız her bir cihaz (tarayıcı ayarları) özelinde ayrı olarak silinmesi gerekmektedir. Çerezleri nasıl etkinleştireceğiniz, devre dışı bırakacağınız ya da kaldıracağınıza ilişkin bilgiler, internet tarayıcısı sağlayıcısının sitesindeki Yardım ekranında yer almaktadır. </w:t>
      </w:r>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 xml:space="preserve">• Google </w:t>
      </w:r>
      <w:proofErr w:type="spellStart"/>
      <w:r w:rsidRPr="00BC7A41">
        <w:rPr>
          <w:rFonts w:ascii="Arial" w:hAnsi="Arial" w:cs="Arial"/>
          <w:lang w:val="tr-TR"/>
        </w:rPr>
        <w:t>Chrome</w:t>
      </w:r>
      <w:proofErr w:type="spellEnd"/>
      <w:r w:rsidRPr="00BC7A41">
        <w:rPr>
          <w:rFonts w:ascii="Arial" w:hAnsi="Arial" w:cs="Arial"/>
          <w:lang w:val="tr-TR"/>
        </w:rPr>
        <w:t xml:space="preserve">: </w:t>
      </w:r>
      <w:hyperlink r:id="rId6" w:history="1">
        <w:r w:rsidRPr="00BC7A41">
          <w:rPr>
            <w:rStyle w:val="Kpr"/>
            <w:rFonts w:ascii="Arial" w:hAnsi="Arial" w:cs="Arial"/>
            <w:lang w:val="tr-TR"/>
          </w:rPr>
          <w:t>https://support.google.com/chrome/answer/95647?co=GENIE.Platform%3DDesk</w:t>
        </w:r>
      </w:hyperlink>
      <w:r w:rsidRPr="00BC7A41">
        <w:rPr>
          <w:rFonts w:ascii="Arial" w:hAnsi="Arial" w:cs="Arial"/>
          <w:lang w:val="tr-TR"/>
        </w:rPr>
        <w:t xml:space="preserve"> op&amp; hl=tr</w:t>
      </w:r>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 xml:space="preserve">• </w:t>
      </w:r>
      <w:proofErr w:type="spellStart"/>
      <w:r w:rsidRPr="00BC7A41">
        <w:rPr>
          <w:rFonts w:ascii="Arial" w:hAnsi="Arial" w:cs="Arial"/>
          <w:lang w:val="tr-TR"/>
        </w:rPr>
        <w:t>Mozilla</w:t>
      </w:r>
      <w:proofErr w:type="spellEnd"/>
      <w:r w:rsidRPr="00BC7A41">
        <w:rPr>
          <w:rFonts w:ascii="Arial" w:hAnsi="Arial" w:cs="Arial"/>
          <w:lang w:val="tr-TR"/>
        </w:rPr>
        <w:t xml:space="preserve">: </w:t>
      </w:r>
      <w:hyperlink r:id="rId7" w:history="1">
        <w:r w:rsidRPr="00BC7A41">
          <w:rPr>
            <w:rStyle w:val="Kpr"/>
            <w:rFonts w:ascii="Arial" w:hAnsi="Arial" w:cs="Arial"/>
            <w:lang w:val="tr-TR"/>
          </w:rPr>
          <w:t>https://support.mozilla.org/tr/kb/%C3%87erezleri%20engellemek</w:t>
        </w:r>
      </w:hyperlink>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 xml:space="preserve">• Internet Explorer: </w:t>
      </w:r>
      <w:hyperlink r:id="rId8" w:history="1">
        <w:r w:rsidRPr="00BC7A41">
          <w:rPr>
            <w:rStyle w:val="Kpr"/>
            <w:rFonts w:ascii="Arial" w:hAnsi="Arial" w:cs="Arial"/>
            <w:lang w:val="tr-TR"/>
          </w:rPr>
          <w:t>https://support.microsoft.com/tr-tr/help/17442/windows-internet-explorer-deletemanage-cookies</w:t>
        </w:r>
      </w:hyperlink>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 xml:space="preserve">• Safari: </w:t>
      </w:r>
      <w:hyperlink r:id="rId9" w:history="1">
        <w:r w:rsidRPr="00BC7A41">
          <w:rPr>
            <w:rStyle w:val="Kpr"/>
            <w:rFonts w:ascii="Arial" w:hAnsi="Arial" w:cs="Arial"/>
            <w:lang w:val="tr-TR"/>
          </w:rPr>
          <w:t>https://support.apple.com/kb/PH5042?locale=en-GB</w:t>
        </w:r>
      </w:hyperlink>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 xml:space="preserve">• Opera: </w:t>
      </w:r>
      <w:hyperlink r:id="rId10" w:history="1">
        <w:r w:rsidRPr="00BC7A41">
          <w:rPr>
            <w:rStyle w:val="Kpr"/>
            <w:rFonts w:ascii="Arial" w:hAnsi="Arial" w:cs="Arial"/>
            <w:lang w:val="tr-TR"/>
          </w:rPr>
          <w:t>http://www.opera.com/help/tutorials/</w:t>
        </w:r>
      </w:hyperlink>
    </w:p>
    <w:p w:rsidR="00E12413" w:rsidRPr="00BC7A41" w:rsidRDefault="00E12413" w:rsidP="00E12413">
      <w:pPr>
        <w:spacing w:after="0" w:line="360" w:lineRule="auto"/>
        <w:rPr>
          <w:rFonts w:ascii="Arial" w:hAnsi="Arial" w:cs="Arial"/>
          <w:lang w:val="tr-TR"/>
        </w:rPr>
      </w:pPr>
      <w:r w:rsidRPr="00BC7A41">
        <w:rPr>
          <w:rFonts w:ascii="Arial" w:hAnsi="Arial" w:cs="Arial"/>
          <w:lang w:val="tr-TR"/>
        </w:rPr>
        <w:t>Bazı çerezleri devre dışı bırakmanız halinde sitemizin çeşitli fonksiyonlarının çalışmayabileceğini hatırlatmak isteriz.</w:t>
      </w:r>
    </w:p>
    <w:p w:rsidR="00E12413" w:rsidRPr="00BC7A41" w:rsidRDefault="00E12413" w:rsidP="00E12413">
      <w:pPr>
        <w:spacing w:after="0" w:line="360" w:lineRule="auto"/>
        <w:jc w:val="both"/>
        <w:rPr>
          <w:rFonts w:ascii="Arial" w:hAnsi="Arial" w:cs="Arial"/>
          <w:b/>
          <w:lang w:val="tr-TR"/>
        </w:rPr>
      </w:pPr>
      <w:r w:rsidRPr="00BC7A41">
        <w:rPr>
          <w:rFonts w:ascii="Arial" w:hAnsi="Arial" w:cs="Arial"/>
          <w:lang w:val="tr-TR"/>
        </w:rPr>
        <w:br/>
        <w:t xml:space="preserve">8. </w:t>
      </w:r>
      <w:r w:rsidRPr="00BC7A41">
        <w:rPr>
          <w:rFonts w:ascii="Arial" w:hAnsi="Arial" w:cs="Arial"/>
          <w:b/>
          <w:lang w:val="tr-TR"/>
        </w:rPr>
        <w:t xml:space="preserve">BİZE ULAŞIN </w:t>
      </w:r>
    </w:p>
    <w:p w:rsidR="00E12413" w:rsidRPr="00BC7A41" w:rsidRDefault="00E12413" w:rsidP="00E12413">
      <w:pPr>
        <w:spacing w:after="0" w:line="360" w:lineRule="auto"/>
        <w:jc w:val="both"/>
        <w:rPr>
          <w:rFonts w:ascii="Arial" w:hAnsi="Arial" w:cs="Arial"/>
          <w:lang w:val="tr-TR"/>
        </w:rPr>
      </w:pPr>
      <w:r w:rsidRPr="00BC7A41">
        <w:rPr>
          <w:rFonts w:ascii="Arial" w:hAnsi="Arial" w:cs="Arial"/>
          <w:lang w:val="tr-TR"/>
        </w:rPr>
        <w:t xml:space="preserve">NURTAŞ, Çerez Aydınlatma Metninin hükümlerini dilediği zaman değiştirebilecektir. Yaptığımız değişikliklere ilişkin gerekli bilgilendirmeleri internet sitemiz </w:t>
      </w:r>
      <w:r w:rsidR="00A245A0">
        <w:rPr>
          <w:rFonts w:ascii="Arial" w:hAnsi="Arial" w:cs="Arial"/>
          <w:lang w:val="tr-TR"/>
        </w:rPr>
        <w:t>nurtascelik</w:t>
      </w:r>
      <w:bookmarkStart w:id="0" w:name="_GoBack"/>
      <w:bookmarkEnd w:id="0"/>
      <w:r w:rsidRPr="00BC7A41">
        <w:rPr>
          <w:rFonts w:ascii="Arial" w:hAnsi="Arial" w:cs="Arial"/>
          <w:lang w:val="tr-TR"/>
        </w:rPr>
        <w:t>.com üzerinden veya bize bildirmiş olduğunuz e-posta adresiniz üzerinden sizlerle paylaşacağız. Her türlü soru, görüş ve önerileriniz için bizimle genel.muhasebe@nurtascelik.com üzerinden iletişime geçebilirsiniz.</w:t>
      </w:r>
    </w:p>
    <w:p w:rsidR="00E12413" w:rsidRPr="00BC7A41" w:rsidRDefault="00E12413" w:rsidP="00E12413">
      <w:pPr>
        <w:spacing w:after="0" w:line="360" w:lineRule="auto"/>
        <w:jc w:val="both"/>
        <w:rPr>
          <w:rFonts w:ascii="Arial" w:hAnsi="Arial" w:cs="Arial"/>
          <w:lang w:val="tr-TR"/>
        </w:rPr>
      </w:pPr>
      <w:r w:rsidRPr="00BC7A41">
        <w:rPr>
          <w:rFonts w:ascii="Arial" w:hAnsi="Arial" w:cs="Arial"/>
          <w:lang w:val="tr-TR"/>
        </w:rPr>
        <w:br/>
        <w:t>Bilgilerinize saygılarımızla sunarız.</w:t>
      </w:r>
    </w:p>
    <w:sectPr w:rsidR="00E12413" w:rsidRPr="00BC7A41" w:rsidSect="00BC7A4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Bold">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17E1E"/>
    <w:rsid w:val="00326F90"/>
    <w:rsid w:val="003533EF"/>
    <w:rsid w:val="005D04C1"/>
    <w:rsid w:val="00653707"/>
    <w:rsid w:val="00A245A0"/>
    <w:rsid w:val="00AA1D8D"/>
    <w:rsid w:val="00B47730"/>
    <w:rsid w:val="00BC7A41"/>
    <w:rsid w:val="00CB0664"/>
    <w:rsid w:val="00E124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56755F8-754F-4931-8077-9D2D7F05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VarsaylanParagrafYazTipi"/>
    <w:rsid w:val="003533EF"/>
    <w:rPr>
      <w:rFonts w:ascii="Calibri" w:hAnsi="Calibri" w:cs="Calibri" w:hint="default"/>
      <w:b w:val="0"/>
      <w:bCs w:val="0"/>
      <w:i w:val="0"/>
      <w:iCs w:val="0"/>
      <w:color w:val="56565A"/>
      <w:sz w:val="22"/>
      <w:szCs w:val="22"/>
    </w:rPr>
  </w:style>
  <w:style w:type="character" w:customStyle="1" w:styleId="fontstyle21">
    <w:name w:val="fontstyle21"/>
    <w:basedOn w:val="VarsaylanParagrafYazTipi"/>
    <w:rsid w:val="003533EF"/>
    <w:rPr>
      <w:rFonts w:ascii="Calibri-Bold" w:hAnsi="Calibri-Bold" w:hint="default"/>
      <w:b/>
      <w:bCs/>
      <w:i w:val="0"/>
      <w:iCs w:val="0"/>
      <w:color w:val="27283C"/>
      <w:sz w:val="22"/>
      <w:szCs w:val="22"/>
    </w:rPr>
  </w:style>
  <w:style w:type="character" w:styleId="Kpr">
    <w:name w:val="Hyperlink"/>
    <w:basedOn w:val="VarsaylanParagrafYazTipi"/>
    <w:uiPriority w:val="99"/>
    <w:unhideWhenUsed/>
    <w:rsid w:val="00E124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9501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microsoft.com/tr-tr/help/17442/windows-internet-explorer-deletemanage-cookies" TargetMode="External"/><Relationship Id="rId3" Type="http://schemas.openxmlformats.org/officeDocument/2006/relationships/styles" Target="styles.xml"/><Relationship Id="rId7" Type="http://schemas.openxmlformats.org/officeDocument/2006/relationships/hyperlink" Target="https://support.mozilla.org/tr/kb/%C3%87erezleri%20engelleme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upport.google.com/chrome/answer/95647?co=GENIE.Platform%3DDes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opera.com/help/tutorials/" TargetMode="External"/><Relationship Id="rId4" Type="http://schemas.openxmlformats.org/officeDocument/2006/relationships/settings" Target="settings.xml"/><Relationship Id="rId9" Type="http://schemas.openxmlformats.org/officeDocument/2006/relationships/hyperlink" Target="https://support.apple.com/kb/PH5042?locale=en-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5EDAB-66A1-4E68-AC7C-87ABDD472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1685</Words>
  <Characters>9610</Characters>
  <Application>Microsoft Office Word</Application>
  <DocSecurity>0</DocSecurity>
  <Lines>80</Lines>
  <Paragraphs>22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11273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3</cp:revision>
  <dcterms:created xsi:type="dcterms:W3CDTF">2013-12-23T23:15:00Z</dcterms:created>
  <dcterms:modified xsi:type="dcterms:W3CDTF">2026-08-05T14:33:00Z</dcterms:modified>
  <cp:category/>
</cp:coreProperties>
</file>