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584" w:rsidRPr="00B05584" w:rsidRDefault="00B05584" w:rsidP="00B05584">
      <w:pPr>
        <w:spacing w:after="0"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 w:rsidRPr="00B05584">
        <w:rPr>
          <w:rFonts w:ascii="Arial" w:hAnsi="Arial" w:cs="Arial"/>
          <w:b/>
          <w:noProof/>
          <w:sz w:val="24"/>
          <w:szCs w:val="24"/>
        </w:rPr>
        <w:t>KİŞİSEL VERİ SAHİBİ BAŞVURU FORMU</w:t>
      </w:r>
    </w:p>
    <w:p w:rsidR="00B05584" w:rsidRPr="00B05584" w:rsidRDefault="00B05584" w:rsidP="00B05584">
      <w:pPr>
        <w:spacing w:after="0"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</w:p>
    <w:p w:rsidR="00B05584" w:rsidRPr="00220ECE" w:rsidRDefault="00B05584" w:rsidP="00B05584">
      <w:pPr>
        <w:spacing w:after="0"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 w:rsidRPr="00220ECE">
        <w:rPr>
          <w:rFonts w:ascii="Arial" w:hAnsi="Arial" w:cs="Arial"/>
          <w:b/>
          <w:noProof/>
          <w:sz w:val="24"/>
          <w:szCs w:val="24"/>
        </w:rPr>
        <w:t>GENEL AÇIKLAMALAR</w:t>
      </w:r>
    </w:p>
    <w:p w:rsidR="00B05584" w:rsidRDefault="00B05584" w:rsidP="00B05584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  <w:r w:rsidRPr="00B05584">
        <w:rPr>
          <w:rFonts w:ascii="Arial" w:hAnsi="Arial" w:cs="Arial"/>
          <w:noProof/>
          <w:sz w:val="24"/>
          <w:szCs w:val="24"/>
        </w:rPr>
        <w:t>Türkiye Cumhuriyet Anayasası’nın 20. maddesi uyarınca ve 6698 Sayılı Kişisel Verilerin Korunması Kanunu’nda</w:t>
      </w:r>
      <w:r w:rsidRPr="00B05584">
        <w:rPr>
          <w:rFonts w:ascii="Arial" w:hAnsi="Arial" w:cs="Arial"/>
          <w:noProof/>
          <w:sz w:val="24"/>
          <w:szCs w:val="24"/>
        </w:rPr>
        <w:t xml:space="preserve"> </w:t>
      </w:r>
      <w:r w:rsidRPr="00B05584">
        <w:rPr>
          <w:rFonts w:ascii="Arial" w:hAnsi="Arial" w:cs="Arial"/>
          <w:noProof/>
          <w:sz w:val="24"/>
          <w:szCs w:val="24"/>
        </w:rPr>
        <w:t>(“KVK Kanunu”) ilgili kişi olarak tanımlanan kişisel veri sahiplerine (“Bundan sonra “Başvuru Sahibi” olarak</w:t>
      </w:r>
      <w:r w:rsidRPr="00B05584">
        <w:rPr>
          <w:rFonts w:ascii="Arial" w:hAnsi="Arial" w:cs="Arial"/>
          <w:noProof/>
          <w:sz w:val="24"/>
          <w:szCs w:val="24"/>
        </w:rPr>
        <w:t xml:space="preserve"> </w:t>
      </w:r>
      <w:r w:rsidRPr="00B05584">
        <w:rPr>
          <w:rFonts w:ascii="Arial" w:hAnsi="Arial" w:cs="Arial"/>
          <w:noProof/>
          <w:sz w:val="24"/>
          <w:szCs w:val="24"/>
        </w:rPr>
        <w:t>anılacakt</w:t>
      </w:r>
      <w:r w:rsidRPr="00B05584">
        <w:rPr>
          <w:rFonts w:ascii="Arial" w:hAnsi="Arial" w:cs="Arial"/>
          <w:noProof/>
          <w:sz w:val="24"/>
          <w:szCs w:val="24"/>
        </w:rPr>
        <w:t>ı</w:t>
      </w:r>
      <w:r w:rsidRPr="00B05584">
        <w:rPr>
          <w:rFonts w:ascii="Arial" w:hAnsi="Arial" w:cs="Arial"/>
          <w:noProof/>
          <w:sz w:val="24"/>
          <w:szCs w:val="24"/>
        </w:rPr>
        <w:t xml:space="preserve">r), kişisel verilerinin işlenmesi ile ilgili -KVK Kanunu’nun 11. Maddesi’nde sayılan </w:t>
      </w:r>
      <w:r w:rsidRPr="00220ECE">
        <w:rPr>
          <w:rFonts w:ascii="Arial" w:hAnsi="Arial" w:cs="Arial"/>
          <w:b/>
          <w:noProof/>
          <w:sz w:val="24"/>
          <w:szCs w:val="24"/>
        </w:rPr>
        <w:t xml:space="preserve">haklara Nurtaş Mutfak Malz. İnş. </w:t>
      </w:r>
      <w:r w:rsidRPr="00220ECE">
        <w:rPr>
          <w:rFonts w:ascii="Arial" w:hAnsi="Arial" w:cs="Arial"/>
          <w:b/>
          <w:noProof/>
          <w:sz w:val="24"/>
          <w:szCs w:val="24"/>
        </w:rPr>
        <w:t>San. Paz. ve Dış Tic. Ltd. Şti.</w:t>
      </w:r>
      <w:r w:rsidRPr="00B05584">
        <w:rPr>
          <w:rFonts w:ascii="Arial" w:hAnsi="Arial" w:cs="Arial"/>
          <w:noProof/>
          <w:sz w:val="24"/>
          <w:szCs w:val="24"/>
        </w:rPr>
        <w:t xml:space="preserve">’ne (“ŞİRKET”), </w:t>
      </w:r>
      <w:r w:rsidR="00220ECE">
        <w:rPr>
          <w:rFonts w:ascii="Arial" w:hAnsi="Arial" w:cs="Arial"/>
          <w:noProof/>
          <w:sz w:val="24"/>
          <w:szCs w:val="24"/>
        </w:rPr>
        <w:t>V</w:t>
      </w:r>
      <w:r w:rsidRPr="00B05584">
        <w:rPr>
          <w:rFonts w:ascii="Arial" w:hAnsi="Arial" w:cs="Arial"/>
          <w:noProof/>
          <w:sz w:val="24"/>
          <w:szCs w:val="24"/>
        </w:rPr>
        <w:t>eri Sorumlusu sıfat</w:t>
      </w:r>
      <w:r>
        <w:rPr>
          <w:rFonts w:ascii="Arial" w:hAnsi="Arial" w:cs="Arial"/>
          <w:noProof/>
          <w:sz w:val="24"/>
          <w:szCs w:val="24"/>
        </w:rPr>
        <w:t>ı</w:t>
      </w:r>
      <w:r w:rsidRPr="00B05584">
        <w:rPr>
          <w:rFonts w:ascii="Arial" w:hAnsi="Arial" w:cs="Arial"/>
          <w:noProof/>
          <w:sz w:val="24"/>
          <w:szCs w:val="24"/>
        </w:rPr>
        <w:t>yla- başvurma hakkı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B05584">
        <w:rPr>
          <w:rFonts w:ascii="Arial" w:hAnsi="Arial" w:cs="Arial"/>
          <w:noProof/>
          <w:sz w:val="24"/>
          <w:szCs w:val="24"/>
        </w:rPr>
        <w:t>tanınmışt</w:t>
      </w:r>
      <w:r>
        <w:rPr>
          <w:rFonts w:ascii="Arial" w:hAnsi="Arial" w:cs="Arial"/>
          <w:noProof/>
          <w:sz w:val="24"/>
          <w:szCs w:val="24"/>
        </w:rPr>
        <w:t>ı</w:t>
      </w:r>
      <w:r w:rsidRPr="00B05584">
        <w:rPr>
          <w:rFonts w:ascii="Arial" w:hAnsi="Arial" w:cs="Arial"/>
          <w:noProof/>
          <w:sz w:val="24"/>
          <w:szCs w:val="24"/>
        </w:rPr>
        <w:t>r.</w:t>
      </w:r>
    </w:p>
    <w:p w:rsidR="00B05584" w:rsidRPr="00B05584" w:rsidRDefault="00B05584" w:rsidP="00B05584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</w:p>
    <w:p w:rsidR="00B05584" w:rsidRPr="00220ECE" w:rsidRDefault="00B05584" w:rsidP="00B05584">
      <w:pPr>
        <w:spacing w:after="0"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 w:rsidRPr="00220ECE">
        <w:rPr>
          <w:rFonts w:ascii="Arial" w:hAnsi="Arial" w:cs="Arial"/>
          <w:b/>
          <w:noProof/>
          <w:sz w:val="24"/>
          <w:szCs w:val="24"/>
        </w:rPr>
        <w:t>KVK Kanunu’nun 13. Maddesi birinci fkrasında da belirtmiş olduğu şekilde:</w:t>
      </w:r>
    </w:p>
    <w:p w:rsidR="00B05584" w:rsidRPr="00B05584" w:rsidRDefault="00B05584" w:rsidP="00B05584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  <w:r w:rsidRPr="00B05584">
        <w:rPr>
          <w:rFonts w:ascii="Arial" w:hAnsi="Arial" w:cs="Arial"/>
          <w:noProof/>
          <w:sz w:val="24"/>
          <w:szCs w:val="24"/>
        </w:rPr>
        <w:t>“İlgili kişi, bu kanunun uygulanmasıyla ilgili taleplerini yazılı olarak veya kurulun belirleyeceği diğer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B05584">
        <w:rPr>
          <w:rFonts w:ascii="Arial" w:hAnsi="Arial" w:cs="Arial"/>
          <w:noProof/>
          <w:sz w:val="24"/>
          <w:szCs w:val="24"/>
        </w:rPr>
        <w:t>yöntemlerle 10 Mart 2018 tarih ve 30356 sayılı resmî gazetede yayımlanan Veri Sorumlusuna Başvuru Usul ve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B05584">
        <w:rPr>
          <w:rFonts w:ascii="Arial" w:hAnsi="Arial" w:cs="Arial"/>
          <w:noProof/>
          <w:sz w:val="24"/>
          <w:szCs w:val="24"/>
        </w:rPr>
        <w:t>Esasları Hakkında Tebliğ’ e göre veri sorumlusuna ilet</w:t>
      </w:r>
      <w:r>
        <w:rPr>
          <w:rFonts w:ascii="Arial" w:hAnsi="Arial" w:cs="Arial"/>
          <w:noProof/>
          <w:sz w:val="24"/>
          <w:szCs w:val="24"/>
        </w:rPr>
        <w:t>i</w:t>
      </w:r>
      <w:r w:rsidRPr="00B05584">
        <w:rPr>
          <w:rFonts w:ascii="Arial" w:hAnsi="Arial" w:cs="Arial"/>
          <w:noProof/>
          <w:sz w:val="24"/>
          <w:szCs w:val="24"/>
        </w:rPr>
        <w:t>r.” Maddesi gereğince, ilgili kişinin tarafmıza talebini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B05584">
        <w:rPr>
          <w:rFonts w:ascii="Arial" w:hAnsi="Arial" w:cs="Arial"/>
          <w:noProof/>
          <w:sz w:val="24"/>
          <w:szCs w:val="24"/>
        </w:rPr>
        <w:t>iletmesi gerekmektedir.</w:t>
      </w:r>
    </w:p>
    <w:p w:rsidR="000B53E6" w:rsidRPr="00B05584" w:rsidRDefault="000B53E6" w:rsidP="00B05584">
      <w:pPr>
        <w:spacing w:after="0"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</w:p>
    <w:p w:rsidR="00B05584" w:rsidRDefault="00B05584" w:rsidP="00B05584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  <w:r w:rsidRPr="00B05584">
        <w:rPr>
          <w:rFonts w:ascii="Arial" w:hAnsi="Arial" w:cs="Arial"/>
          <w:noProof/>
          <w:sz w:val="24"/>
          <w:szCs w:val="24"/>
        </w:rPr>
        <w:t>Aşağıda, yazılı başvuruların ne şekilde tarafmıza ulaştrılacağına ilişkin yazılı başvuru kanalları özelinde bilgiler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B05584">
        <w:rPr>
          <w:rFonts w:ascii="Arial" w:hAnsi="Arial" w:cs="Arial"/>
          <w:noProof/>
          <w:sz w:val="24"/>
          <w:szCs w:val="24"/>
        </w:rPr>
        <w:t>verilmektedir.</w:t>
      </w:r>
    </w:p>
    <w:p w:rsidR="00B05584" w:rsidRPr="00B05584" w:rsidRDefault="00B05584" w:rsidP="00B05584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99"/>
        <w:gridCol w:w="3288"/>
        <w:gridCol w:w="2999"/>
      </w:tblGrid>
      <w:tr w:rsidR="00B05584" w:rsidRPr="00B05584" w:rsidTr="00220ECE">
        <w:trPr>
          <w:trHeight w:val="925"/>
          <w:jc w:val="center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B05584" w:rsidP="00B05584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bCs/>
                <w:noProof/>
                <w:sz w:val="20"/>
                <w:szCs w:val="20"/>
              </w:rPr>
              <w:t>Başvuru Yöntemi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B05584" w:rsidP="00B05584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bCs/>
                <w:noProof/>
                <w:sz w:val="20"/>
                <w:szCs w:val="20"/>
              </w:rPr>
              <w:t>Başvurunun Yapılacağı Adres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B05584" w:rsidP="00B05584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bCs/>
                <w:noProof/>
                <w:sz w:val="20"/>
                <w:szCs w:val="20"/>
              </w:rPr>
              <w:t>Başvuru Gönderiminde</w:t>
            </w:r>
            <w:r w:rsidRPr="00B05584">
              <w:rPr>
                <w:rFonts w:ascii="Arial" w:hAnsi="Arial" w:cs="Arial"/>
                <w:bCs/>
                <w:noProof/>
                <w:sz w:val="20"/>
                <w:szCs w:val="20"/>
              </w:rPr>
              <w:br/>
              <w:t>Belirt</w:t>
            </w:r>
            <w:r w:rsidR="00220ECE">
              <w:rPr>
                <w:rFonts w:ascii="Arial" w:hAnsi="Arial" w:cs="Arial"/>
                <w:bCs/>
                <w:noProof/>
                <w:sz w:val="20"/>
                <w:szCs w:val="20"/>
              </w:rPr>
              <w:t>i</w:t>
            </w:r>
            <w:r w:rsidRPr="00B05584">
              <w:rPr>
                <w:rFonts w:ascii="Arial" w:hAnsi="Arial" w:cs="Arial"/>
                <w:bCs/>
                <w:noProof/>
                <w:sz w:val="20"/>
                <w:szCs w:val="20"/>
              </w:rPr>
              <w:t>lecek Bilgi</w:t>
            </w:r>
          </w:p>
        </w:tc>
      </w:tr>
      <w:tr w:rsidR="00B05584" w:rsidRPr="00B05584" w:rsidTr="00220ECE">
        <w:trPr>
          <w:trHeight w:val="1644"/>
          <w:jc w:val="center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B05584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Şahsen Başvuru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(Başvuru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sahibinin bizzat gelerek k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 xml:space="preserve">imliğini 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tevsik edici belge ile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başvurması)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220ECE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Karaağaç Mahallesi İstanbul Caddesi no:8/C Büyükçekmece / İSTANBUL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ECE" w:rsidRDefault="00B05584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Zarf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>ı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 xml:space="preserve">n üzerine </w:t>
            </w:r>
          </w:p>
          <w:p w:rsidR="00B05584" w:rsidRPr="00B05584" w:rsidRDefault="00B05584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“Kişisel Verilerin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Korunması Kanunu k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apsamında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Bilgi Talebi” yazılacaktr.</w:t>
            </w:r>
          </w:p>
        </w:tc>
      </w:tr>
      <w:tr w:rsidR="00B05584" w:rsidRPr="00B05584" w:rsidTr="00220ECE">
        <w:trPr>
          <w:trHeight w:val="2263"/>
          <w:jc w:val="center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B05584" w:rsidP="00B05584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Noter vasıtasıyla tebligat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220ECE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Karaağaç Mahallesi İstanbul Caddesi no:8/C Büyükçekmece / İSTANBUL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B05584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Tebligat zarf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>ı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na “Kişisel Verilerin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Korunması Kanunu Kapsamında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Bilgi Talebi” yazılacakt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>ı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r.</w:t>
            </w:r>
          </w:p>
        </w:tc>
      </w:tr>
      <w:tr w:rsidR="00B05584" w:rsidRPr="00B05584" w:rsidTr="00220ECE">
        <w:trPr>
          <w:trHeight w:val="1984"/>
          <w:jc w:val="center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B05584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t>E-posta yoluyla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(Şirketmizin sisteminde kayıtlı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bulunan elektronik posta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adresiniz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kullanılmak suretyle)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g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>enel.muhasebe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@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nurtascelik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.com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B05584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E-posta’nın konu kısmına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“Kişisel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Verilerin Korunması Kanunu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Kapsamında Bilgi Talebi”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yazılacakt</w:t>
            </w:r>
            <w:r w:rsidR="0003063C">
              <w:rPr>
                <w:rFonts w:ascii="Arial" w:hAnsi="Arial" w:cs="Arial"/>
                <w:noProof/>
                <w:sz w:val="20"/>
                <w:szCs w:val="20"/>
              </w:rPr>
              <w:t>ı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r.</w:t>
            </w:r>
          </w:p>
        </w:tc>
      </w:tr>
      <w:tr w:rsidR="00B05584" w:rsidRPr="00B05584" w:rsidTr="00220ECE">
        <w:trPr>
          <w:trHeight w:val="1967"/>
          <w:jc w:val="center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B05584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E-posta yoluyla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(Mobil imza/e-imza içerecek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biçimde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şirketmizin sisteminde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bulunmayan elektronik posta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adresinizi kullanmak suret</w:t>
            </w:r>
            <w:r w:rsidR="00220ECE">
              <w:rPr>
                <w:rFonts w:ascii="Arial" w:hAnsi="Arial" w:cs="Arial"/>
                <w:noProof/>
                <w:sz w:val="20"/>
                <w:szCs w:val="20"/>
              </w:rPr>
              <w:t>i</w:t>
            </w:r>
            <w:r w:rsidRPr="00B05584">
              <w:rPr>
                <w:rFonts w:ascii="Arial" w:hAnsi="Arial" w:cs="Arial"/>
                <w:noProof/>
                <w:sz w:val="20"/>
                <w:szCs w:val="20"/>
              </w:rPr>
              <w:t>yle)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03063C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03063C">
              <w:rPr>
                <w:rFonts w:ascii="Arial" w:hAnsi="Arial" w:cs="Arial"/>
                <w:noProof/>
                <w:sz w:val="20"/>
                <w:szCs w:val="20"/>
              </w:rPr>
              <w:t>nurtasmutfak@hs01.kep.tr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84" w:rsidRPr="00B05584" w:rsidRDefault="00220ECE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E-posta’nın konu kısmına 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“Kişisel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Verilerin Korunması Kanunu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Kapsamında Bilgi 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Talebi”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yazılacakt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ı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r.</w:t>
            </w:r>
          </w:p>
        </w:tc>
      </w:tr>
      <w:tr w:rsidR="00B05584" w:rsidRPr="00B05584" w:rsidTr="00220ECE">
        <w:trPr>
          <w:trHeight w:val="2246"/>
          <w:jc w:val="center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584" w:rsidRPr="00B05584" w:rsidRDefault="00220ECE" w:rsidP="00220ECE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Ayrıca, kurulun belirleyeceği d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iğer yöntemler duyurulduktan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sonra bu yöntemler üzerinden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de başvuruların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ne şekilde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alınacağı şirketmizce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duyurulacakt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ı</w:t>
            </w:r>
            <w:r w:rsidR="00B05584" w:rsidRPr="00B05584">
              <w:rPr>
                <w:rFonts w:ascii="Arial" w:hAnsi="Arial" w:cs="Arial"/>
                <w:noProof/>
                <w:sz w:val="20"/>
                <w:szCs w:val="20"/>
              </w:rPr>
              <w:t>r.</w:t>
            </w:r>
          </w:p>
        </w:tc>
        <w:tc>
          <w:tcPr>
            <w:tcW w:w="2999" w:type="dxa"/>
            <w:vAlign w:val="center"/>
            <w:hideMark/>
          </w:tcPr>
          <w:p w:rsidR="00B05584" w:rsidRPr="00B05584" w:rsidRDefault="00B05584" w:rsidP="00B05584">
            <w:pPr>
              <w:spacing w:after="0" w:line="360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999" w:type="dxa"/>
            <w:vAlign w:val="center"/>
            <w:hideMark/>
          </w:tcPr>
          <w:p w:rsidR="00B05584" w:rsidRPr="00B05584" w:rsidRDefault="00B05584" w:rsidP="00B05584">
            <w:pPr>
              <w:spacing w:after="0" w:line="360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:rsidR="00B05584" w:rsidRDefault="00B05584" w:rsidP="00B05584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</w:p>
    <w:p w:rsidR="0003063C" w:rsidRPr="0003063C" w:rsidRDefault="0003063C" w:rsidP="0003063C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  <w:r w:rsidRPr="0003063C">
        <w:rPr>
          <w:rFonts w:ascii="Arial" w:hAnsi="Arial" w:cs="Arial"/>
          <w:noProof/>
          <w:sz w:val="24"/>
          <w:szCs w:val="24"/>
        </w:rPr>
        <w:t>Tarafımıza iletil</w:t>
      </w:r>
      <w:r w:rsidR="00B05584" w:rsidRPr="0003063C">
        <w:rPr>
          <w:rFonts w:ascii="Arial" w:hAnsi="Arial" w:cs="Arial"/>
          <w:noProof/>
          <w:sz w:val="24"/>
          <w:szCs w:val="24"/>
        </w:rPr>
        <w:t>miş olan başvurularınız KVK Kanunu’nun 13’üncü maddesinin 2’nci fkrası gereğince,</w:t>
      </w:r>
      <w:r w:rsidRPr="0003063C">
        <w:rPr>
          <w:rFonts w:ascii="Arial" w:hAnsi="Arial" w:cs="Arial"/>
          <w:noProof/>
          <w:sz w:val="24"/>
          <w:szCs w:val="24"/>
        </w:rPr>
        <w:t xml:space="preserve"> </w:t>
      </w:r>
      <w:r w:rsidR="00B05584" w:rsidRPr="0003063C">
        <w:rPr>
          <w:rFonts w:ascii="Arial" w:hAnsi="Arial" w:cs="Arial"/>
          <w:noProof/>
          <w:sz w:val="24"/>
          <w:szCs w:val="24"/>
        </w:rPr>
        <w:t>talebin</w:t>
      </w:r>
      <w:r w:rsidRPr="0003063C">
        <w:rPr>
          <w:rFonts w:ascii="Arial" w:hAnsi="Arial" w:cs="Arial"/>
          <w:noProof/>
          <w:sz w:val="24"/>
          <w:szCs w:val="24"/>
        </w:rPr>
        <w:t xml:space="preserve"> </w:t>
      </w:r>
      <w:r w:rsidR="00B05584" w:rsidRPr="0003063C">
        <w:rPr>
          <w:rFonts w:ascii="Arial" w:hAnsi="Arial" w:cs="Arial"/>
          <w:noProof/>
          <w:sz w:val="24"/>
          <w:szCs w:val="24"/>
        </w:rPr>
        <w:t>niteliğine göre talebinizin bizlere ulaştğı tarihten itbaren otuz gün içinde yanıtlandırılacakt</w:t>
      </w:r>
      <w:r w:rsidRPr="0003063C">
        <w:rPr>
          <w:rFonts w:ascii="Arial" w:hAnsi="Arial" w:cs="Arial"/>
          <w:noProof/>
          <w:sz w:val="24"/>
          <w:szCs w:val="24"/>
        </w:rPr>
        <w:t>ı</w:t>
      </w:r>
      <w:r w:rsidR="00B05584" w:rsidRPr="0003063C">
        <w:rPr>
          <w:rFonts w:ascii="Arial" w:hAnsi="Arial" w:cs="Arial"/>
          <w:noProof/>
          <w:sz w:val="24"/>
          <w:szCs w:val="24"/>
        </w:rPr>
        <w:t>r.</w:t>
      </w:r>
      <w:r w:rsidRPr="0003063C">
        <w:rPr>
          <w:rFonts w:ascii="Arial" w:hAnsi="Arial" w:cs="Arial"/>
          <w:noProof/>
          <w:sz w:val="24"/>
          <w:szCs w:val="24"/>
        </w:rPr>
        <w:t xml:space="preserve"> </w:t>
      </w:r>
    </w:p>
    <w:p w:rsidR="00B05584" w:rsidRPr="0003063C" w:rsidRDefault="00B05584" w:rsidP="0003063C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  <w:r w:rsidRPr="0003063C">
        <w:rPr>
          <w:rFonts w:ascii="Arial" w:hAnsi="Arial" w:cs="Arial"/>
          <w:noProof/>
          <w:sz w:val="24"/>
          <w:szCs w:val="24"/>
        </w:rPr>
        <w:t>Yanıtlarımız ilgili</w:t>
      </w:r>
      <w:r w:rsidR="0003063C" w:rsidRPr="0003063C">
        <w:rPr>
          <w:rFonts w:ascii="Arial" w:hAnsi="Arial" w:cs="Arial"/>
          <w:noProof/>
          <w:sz w:val="24"/>
          <w:szCs w:val="24"/>
        </w:rPr>
        <w:t xml:space="preserve"> </w:t>
      </w:r>
      <w:r w:rsidRPr="0003063C">
        <w:rPr>
          <w:rFonts w:ascii="Arial" w:hAnsi="Arial" w:cs="Arial"/>
          <w:noProof/>
          <w:sz w:val="24"/>
          <w:szCs w:val="24"/>
        </w:rPr>
        <w:t>KVK Kanunu’nun 13’üncü maddesi hükmü gereğince yazılı veya elektronik ortamdan tarafnıza ulaştrılacakt</w:t>
      </w:r>
      <w:r w:rsidR="0003063C" w:rsidRPr="0003063C">
        <w:rPr>
          <w:rFonts w:ascii="Arial" w:hAnsi="Arial" w:cs="Arial"/>
          <w:noProof/>
          <w:sz w:val="24"/>
          <w:szCs w:val="24"/>
        </w:rPr>
        <w:t>ı</w:t>
      </w:r>
      <w:r w:rsidRPr="0003063C">
        <w:rPr>
          <w:rFonts w:ascii="Arial" w:hAnsi="Arial" w:cs="Arial"/>
          <w:noProof/>
          <w:sz w:val="24"/>
          <w:szCs w:val="24"/>
        </w:rPr>
        <w:t>r.</w:t>
      </w:r>
    </w:p>
    <w:p w:rsidR="00B05584" w:rsidRPr="0003063C" w:rsidRDefault="00B05584" w:rsidP="0003063C">
      <w:pPr>
        <w:spacing w:after="0"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</w:p>
    <w:p w:rsidR="0003063C" w:rsidRPr="0003063C" w:rsidRDefault="0003063C" w:rsidP="0003063C">
      <w:pPr>
        <w:pStyle w:val="ListeParagraf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i/>
          <w:iCs/>
          <w:noProof/>
          <w:sz w:val="24"/>
          <w:szCs w:val="24"/>
        </w:rPr>
      </w:pPr>
      <w:r w:rsidRPr="0003063C">
        <w:rPr>
          <w:rFonts w:ascii="Arial" w:hAnsi="Arial" w:cs="Arial"/>
          <w:bCs/>
          <w:noProof/>
          <w:sz w:val="24"/>
          <w:szCs w:val="24"/>
        </w:rPr>
        <w:t xml:space="preserve">Lütfen Şirketmiz ile olan ilişkinizi belirtniz. </w:t>
      </w:r>
      <w:r w:rsidRPr="0003063C">
        <w:rPr>
          <w:rFonts w:ascii="Arial" w:hAnsi="Arial" w:cs="Arial"/>
          <w:i/>
          <w:iCs/>
          <w:noProof/>
          <w:sz w:val="24"/>
          <w:szCs w:val="24"/>
        </w:rPr>
        <w:t>(Müşteri, iş ortağı, çalışan adayı, eski çalışan, üçüncütaraf frma çalışanı, hissedar gibi)</w:t>
      </w:r>
    </w:p>
    <w:p w:rsidR="0003063C" w:rsidRPr="0003063C" w:rsidRDefault="0003063C" w:rsidP="0003063C">
      <w:pPr>
        <w:pStyle w:val="ListeParagraf"/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03063C" w:rsidRPr="0003063C" w:rsidTr="0003063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3C" w:rsidRPr="0003063C" w:rsidRDefault="0003063C" w:rsidP="0003063C">
            <w:pPr>
              <w:spacing w:after="0" w:line="360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3063C">
              <w:rPr>
                <w:rFonts w:ascii="Segoe UI Symbol" w:hAnsi="Segoe UI Symbol" w:cs="Segoe UI Symbol"/>
                <w:noProof/>
                <w:sz w:val="24"/>
                <w:szCs w:val="24"/>
              </w:rPr>
              <w:t>☐</w:t>
            </w:r>
            <w:r w:rsidRPr="0003063C">
              <w:rPr>
                <w:rFonts w:ascii="Arial" w:hAnsi="Arial" w:cs="Arial"/>
                <w:noProof/>
                <w:sz w:val="24"/>
                <w:szCs w:val="24"/>
              </w:rPr>
              <w:t xml:space="preserve"> Müşteri</w:t>
            </w:r>
            <w:r w:rsidRPr="0003063C">
              <w:rPr>
                <w:rFonts w:ascii="Arial" w:hAnsi="Arial" w:cs="Arial"/>
                <w:noProof/>
                <w:sz w:val="24"/>
                <w:szCs w:val="24"/>
              </w:rPr>
              <w:br/>
            </w:r>
            <w:r w:rsidRPr="0003063C">
              <w:rPr>
                <w:rFonts w:ascii="Segoe UI Symbol" w:hAnsi="Segoe UI Symbol" w:cs="Segoe UI Symbol"/>
                <w:noProof/>
                <w:sz w:val="24"/>
                <w:szCs w:val="24"/>
              </w:rPr>
              <w:t>☐</w:t>
            </w:r>
            <w:r w:rsidRPr="0003063C">
              <w:rPr>
                <w:rFonts w:ascii="Arial" w:hAnsi="Arial" w:cs="Arial"/>
                <w:noProof/>
                <w:sz w:val="24"/>
                <w:szCs w:val="24"/>
              </w:rPr>
              <w:t xml:space="preserve"> Ziyaretçi</w:t>
            </w:r>
            <w:r w:rsidRPr="0003063C">
              <w:rPr>
                <w:rFonts w:ascii="Arial" w:hAnsi="Arial" w:cs="Arial"/>
                <w:noProof/>
                <w:sz w:val="24"/>
                <w:szCs w:val="24"/>
              </w:rPr>
              <w:br/>
            </w:r>
            <w:r w:rsidRPr="0003063C">
              <w:rPr>
                <w:rFonts w:ascii="Segoe UI Symbol" w:hAnsi="Segoe UI Symbol" w:cs="Segoe UI Symbol"/>
                <w:noProof/>
                <w:sz w:val="24"/>
                <w:szCs w:val="24"/>
              </w:rPr>
              <w:t>☐</w:t>
            </w:r>
            <w:r w:rsidRPr="0003063C">
              <w:rPr>
                <w:rFonts w:ascii="Arial" w:hAnsi="Arial" w:cs="Arial"/>
                <w:noProof/>
                <w:sz w:val="24"/>
                <w:szCs w:val="24"/>
              </w:rPr>
              <w:t xml:space="preserve"> Çalışan Adayı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3C" w:rsidRPr="0003063C" w:rsidRDefault="0003063C" w:rsidP="0003063C">
            <w:pPr>
              <w:spacing w:after="0" w:line="360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3063C">
              <w:rPr>
                <w:rFonts w:ascii="Segoe UI Symbol" w:hAnsi="Segoe UI Symbol" w:cs="Segoe UI Symbol"/>
                <w:noProof/>
                <w:sz w:val="24"/>
                <w:szCs w:val="24"/>
              </w:rPr>
              <w:t>☐</w:t>
            </w:r>
            <w:r w:rsidRPr="0003063C">
              <w:rPr>
                <w:rFonts w:ascii="Arial" w:hAnsi="Arial" w:cs="Arial"/>
                <w:noProof/>
                <w:sz w:val="24"/>
                <w:szCs w:val="24"/>
              </w:rPr>
              <w:t xml:space="preserve"> İş ortağı</w:t>
            </w:r>
            <w:r w:rsidRPr="0003063C">
              <w:rPr>
                <w:rFonts w:ascii="Arial" w:hAnsi="Arial" w:cs="Arial"/>
                <w:noProof/>
                <w:sz w:val="24"/>
                <w:szCs w:val="24"/>
              </w:rPr>
              <w:br/>
            </w:r>
            <w:r w:rsidRPr="0003063C">
              <w:rPr>
                <w:rFonts w:ascii="Segoe UI Symbol" w:hAnsi="Segoe UI Symbol" w:cs="Segoe UI Symbol"/>
                <w:noProof/>
                <w:sz w:val="24"/>
                <w:szCs w:val="24"/>
              </w:rPr>
              <w:t>☐</w:t>
            </w:r>
            <w:r w:rsidRPr="0003063C">
              <w:rPr>
                <w:rFonts w:ascii="Arial" w:hAnsi="Arial" w:cs="Arial"/>
                <w:noProof/>
                <w:sz w:val="24"/>
                <w:szCs w:val="24"/>
              </w:rPr>
              <w:t xml:space="preserve"> Çalışan / Eski Çalışan</w:t>
            </w:r>
            <w:r w:rsidRPr="0003063C">
              <w:rPr>
                <w:rFonts w:ascii="Arial" w:hAnsi="Arial" w:cs="Arial"/>
                <w:noProof/>
                <w:sz w:val="24"/>
                <w:szCs w:val="24"/>
              </w:rPr>
              <w:br/>
            </w:r>
            <w:r w:rsidRPr="0003063C">
              <w:rPr>
                <w:rFonts w:ascii="Segoe UI Symbol" w:hAnsi="Segoe UI Symbol" w:cs="Segoe UI Symbol"/>
                <w:noProof/>
                <w:sz w:val="24"/>
                <w:szCs w:val="24"/>
              </w:rPr>
              <w:t>☐</w:t>
            </w:r>
            <w:r w:rsidRPr="0003063C">
              <w:rPr>
                <w:rFonts w:ascii="Arial" w:hAnsi="Arial" w:cs="Arial"/>
                <w:noProof/>
                <w:sz w:val="24"/>
                <w:szCs w:val="24"/>
              </w:rPr>
              <w:t xml:space="preserve"> Diğer: ……………………………</w:t>
            </w:r>
          </w:p>
        </w:tc>
      </w:tr>
    </w:tbl>
    <w:p w:rsidR="0003063C" w:rsidRDefault="0003063C" w:rsidP="0003063C">
      <w:pPr>
        <w:spacing w:after="0" w:line="360" w:lineRule="auto"/>
        <w:jc w:val="both"/>
        <w:rPr>
          <w:rFonts w:ascii="Arial" w:hAnsi="Arial" w:cs="Arial"/>
          <w:bCs/>
          <w:noProof/>
          <w:sz w:val="24"/>
          <w:szCs w:val="24"/>
        </w:rPr>
      </w:pPr>
    </w:p>
    <w:p w:rsidR="000B53E6" w:rsidRDefault="000B53E6" w:rsidP="0003063C">
      <w:pPr>
        <w:spacing w:after="0" w:line="360" w:lineRule="auto"/>
        <w:jc w:val="both"/>
        <w:rPr>
          <w:rFonts w:ascii="Arial" w:hAnsi="Arial" w:cs="Arial"/>
          <w:bCs/>
          <w:noProof/>
          <w:sz w:val="24"/>
          <w:szCs w:val="24"/>
        </w:rPr>
      </w:pPr>
    </w:p>
    <w:p w:rsidR="000B53E6" w:rsidRDefault="000B53E6" w:rsidP="0003063C">
      <w:pPr>
        <w:spacing w:after="0" w:line="360" w:lineRule="auto"/>
        <w:jc w:val="both"/>
        <w:rPr>
          <w:rFonts w:ascii="Arial" w:hAnsi="Arial" w:cs="Arial"/>
          <w:bCs/>
          <w:noProof/>
          <w:sz w:val="24"/>
          <w:szCs w:val="24"/>
        </w:rPr>
      </w:pPr>
    </w:p>
    <w:p w:rsidR="0003063C" w:rsidRPr="0003063C" w:rsidRDefault="0003063C" w:rsidP="0003063C">
      <w:pPr>
        <w:pStyle w:val="ListeParagraf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3063C">
        <w:rPr>
          <w:rFonts w:ascii="Arial" w:hAnsi="Arial" w:cs="Arial"/>
          <w:bCs/>
          <w:sz w:val="24"/>
          <w:szCs w:val="24"/>
        </w:rPr>
        <w:lastRenderedPageBreak/>
        <w:t>Lütfen KVK Kanunu kapsamındaki talebinizin konusunu detaylı olarak belirtiniz. Konuya ilişkin bilgi ve belgeler mevcutsa başvuruya eklenmelidir.</w:t>
      </w:r>
      <w:r w:rsidRPr="0003063C">
        <w:rPr>
          <w:rFonts w:ascii="Arial" w:hAnsi="Arial" w:cs="Arial"/>
          <w:bCs/>
          <w:sz w:val="24"/>
          <w:szCs w:val="24"/>
        </w:rPr>
        <w:br/>
      </w:r>
      <w:r w:rsidRPr="0003063C">
        <w:rPr>
          <w:rFonts w:ascii="Arial" w:hAnsi="Arial" w:cs="Arial"/>
          <w:sz w:val="24"/>
          <w:szCs w:val="24"/>
        </w:rPr>
        <w:t>KVK Kanunu’nun 11’inci maddesinde kişisel verilerinin işlenmesine ilişkin birtakım taleplerde bulunma hakkı tanınmışt</w:t>
      </w:r>
      <w:r>
        <w:rPr>
          <w:rFonts w:ascii="Arial" w:hAnsi="Arial" w:cs="Arial"/>
          <w:sz w:val="24"/>
          <w:szCs w:val="24"/>
        </w:rPr>
        <w:t>ı</w:t>
      </w:r>
      <w:r w:rsidRPr="0003063C">
        <w:rPr>
          <w:rFonts w:ascii="Arial" w:hAnsi="Arial" w:cs="Arial"/>
          <w:sz w:val="24"/>
          <w:szCs w:val="24"/>
        </w:rPr>
        <w:t>r.</w:t>
      </w:r>
    </w:p>
    <w:p w:rsidR="0003063C" w:rsidRPr="0003063C" w:rsidRDefault="0003063C" w:rsidP="0003063C">
      <w:pPr>
        <w:pStyle w:val="ListeParagraf"/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03063C" w:rsidRPr="000B53E6" w:rsidTr="0003063C">
        <w:trPr>
          <w:trHeight w:val="741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  <w:bCs/>
              </w:rPr>
              <w:t>Talep No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  <w:bCs/>
              </w:rPr>
              <w:t>Talep Konusu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  <w:bCs/>
              </w:rPr>
              <w:t>Seçiminiz</w:t>
            </w:r>
          </w:p>
        </w:tc>
      </w:tr>
      <w:tr w:rsidR="0003063C" w:rsidRPr="000B53E6" w:rsidTr="0003063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</w:rPr>
              <w:t>Şirketinizin, hakkımda kişisel veri işleyip işlemediğini öğrenmek istiyorum. Kişisel Verilerin Korunması Kanunu Md. 11/1 (a)</w:t>
            </w:r>
          </w:p>
        </w:tc>
        <w:tc>
          <w:tcPr>
            <w:tcW w:w="0" w:type="auto"/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03063C" w:rsidRPr="000B53E6" w:rsidTr="000B53E6">
        <w:trPr>
          <w:trHeight w:val="236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B53E6" w:rsidP="000B53E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</w:rPr>
              <w:t>Şirketiniz</w:t>
            </w:r>
            <w:r>
              <w:rPr>
                <w:rFonts w:ascii="Arial" w:hAnsi="Arial" w:cs="Arial"/>
              </w:rPr>
              <w:t xml:space="preserve">, hakkımda kişisel </w:t>
            </w:r>
            <w:r w:rsidR="0003063C" w:rsidRPr="000B53E6">
              <w:rPr>
                <w:rFonts w:ascii="Arial" w:hAnsi="Arial" w:cs="Arial"/>
              </w:rPr>
              <w:t>veri işliyorsa bu veri işleme</w:t>
            </w:r>
            <w:r>
              <w:rPr>
                <w:rFonts w:ascii="Arial" w:hAnsi="Arial" w:cs="Arial"/>
              </w:rPr>
              <w:t xml:space="preserve"> </w:t>
            </w:r>
            <w:r w:rsidR="0003063C" w:rsidRPr="000B53E6">
              <w:rPr>
                <w:rFonts w:ascii="Arial" w:hAnsi="Arial" w:cs="Arial"/>
              </w:rPr>
              <w:t>faaliyetleri hakkında bi</w:t>
            </w:r>
            <w:r>
              <w:rPr>
                <w:rFonts w:ascii="Arial" w:hAnsi="Arial" w:cs="Arial"/>
              </w:rPr>
              <w:t xml:space="preserve">lgi </w:t>
            </w:r>
            <w:r w:rsidR="0003063C" w:rsidRPr="000B53E6">
              <w:rPr>
                <w:rFonts w:ascii="Arial" w:hAnsi="Arial" w:cs="Arial"/>
              </w:rPr>
              <w:t>talep ediyorum.</w:t>
            </w:r>
            <w:r>
              <w:rPr>
                <w:rFonts w:ascii="Arial" w:hAnsi="Arial" w:cs="Arial"/>
              </w:rPr>
              <w:t xml:space="preserve"> </w:t>
            </w:r>
            <w:r w:rsidR="0003063C" w:rsidRPr="000B53E6">
              <w:rPr>
                <w:rFonts w:ascii="Arial" w:hAnsi="Arial" w:cs="Arial"/>
              </w:rPr>
              <w:t>Kişisel Verilerin Korunması Kanunu Md. 11/1 (b)</w:t>
            </w:r>
          </w:p>
        </w:tc>
        <w:tc>
          <w:tcPr>
            <w:tcW w:w="0" w:type="auto"/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03063C" w:rsidRPr="000B53E6" w:rsidTr="000B53E6">
        <w:trPr>
          <w:trHeight w:val="311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B53E6" w:rsidP="000B53E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</w:rPr>
              <w:t>Şirketiniz</w:t>
            </w:r>
            <w:r w:rsidR="0003063C" w:rsidRPr="000B53E6">
              <w:rPr>
                <w:rFonts w:ascii="Arial" w:hAnsi="Arial" w:cs="Arial"/>
              </w:rPr>
              <w:t>, hakkımda kişisel veri işliyorsa bunların</w:t>
            </w:r>
            <w:r>
              <w:rPr>
                <w:rFonts w:ascii="Arial" w:hAnsi="Arial" w:cs="Arial"/>
              </w:rPr>
              <w:t xml:space="preserve"> </w:t>
            </w:r>
            <w:r w:rsidR="0003063C" w:rsidRPr="000B53E6">
              <w:rPr>
                <w:rFonts w:ascii="Arial" w:hAnsi="Arial" w:cs="Arial"/>
              </w:rPr>
              <w:t>işlenme</w:t>
            </w:r>
            <w:r>
              <w:rPr>
                <w:rFonts w:ascii="Arial" w:hAnsi="Arial" w:cs="Arial"/>
              </w:rPr>
              <w:t xml:space="preserve"> </w:t>
            </w:r>
            <w:r w:rsidR="0003063C" w:rsidRPr="000B53E6">
              <w:rPr>
                <w:rFonts w:ascii="Arial" w:hAnsi="Arial" w:cs="Arial"/>
              </w:rPr>
              <w:t>amacını ve işlenme amacına uygun kullanılıp</w:t>
            </w:r>
            <w:r>
              <w:rPr>
                <w:rFonts w:ascii="Arial" w:hAnsi="Arial" w:cs="Arial"/>
              </w:rPr>
              <w:t xml:space="preserve"> </w:t>
            </w:r>
            <w:r w:rsidR="0003063C" w:rsidRPr="000B53E6">
              <w:rPr>
                <w:rFonts w:ascii="Arial" w:hAnsi="Arial" w:cs="Arial"/>
              </w:rPr>
              <w:t>kullanmadığını</w:t>
            </w:r>
            <w:r>
              <w:rPr>
                <w:rFonts w:ascii="Arial" w:hAnsi="Arial" w:cs="Arial"/>
              </w:rPr>
              <w:t xml:space="preserve"> </w:t>
            </w:r>
            <w:r w:rsidR="0003063C" w:rsidRPr="000B53E6">
              <w:rPr>
                <w:rFonts w:ascii="Arial" w:hAnsi="Arial" w:cs="Arial"/>
              </w:rPr>
              <w:t xml:space="preserve">öğrenmek </w:t>
            </w:r>
            <w:r w:rsidRPr="000B53E6">
              <w:rPr>
                <w:rFonts w:ascii="Arial" w:hAnsi="Arial" w:cs="Arial"/>
              </w:rPr>
              <w:t>istiyorum</w:t>
            </w:r>
            <w:r w:rsidR="0003063C" w:rsidRPr="000B53E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="0003063C" w:rsidRPr="000B53E6">
              <w:rPr>
                <w:rFonts w:ascii="Arial" w:hAnsi="Arial" w:cs="Arial"/>
              </w:rPr>
              <w:t>Kişisel Verilerin Korunması Kanunu Md. 11/1 (c)</w:t>
            </w:r>
          </w:p>
        </w:tc>
        <w:tc>
          <w:tcPr>
            <w:tcW w:w="0" w:type="auto"/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03063C" w:rsidRPr="000B53E6" w:rsidTr="0003063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B53E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</w:rPr>
              <w:t>Eğer kişisel verilerim yurt içinde ve/veya yurt dışında üçüncü</w:t>
            </w:r>
            <w:r w:rsidR="000B53E6">
              <w:rPr>
                <w:rFonts w:ascii="Arial" w:hAnsi="Arial" w:cs="Arial"/>
              </w:rPr>
              <w:t xml:space="preserve"> </w:t>
            </w:r>
            <w:r w:rsidRPr="000B53E6">
              <w:rPr>
                <w:rFonts w:ascii="Arial" w:hAnsi="Arial" w:cs="Arial"/>
              </w:rPr>
              <w:t>kişilere aktarılıyorsa, bu üçüncü kişileri bilmek</w:t>
            </w:r>
            <w:r w:rsidR="000B53E6">
              <w:rPr>
                <w:rFonts w:ascii="Arial" w:hAnsi="Arial" w:cs="Arial"/>
              </w:rPr>
              <w:t xml:space="preserve"> </w:t>
            </w:r>
            <w:r w:rsidR="000B53E6" w:rsidRPr="000B53E6">
              <w:rPr>
                <w:rFonts w:ascii="Arial" w:hAnsi="Arial" w:cs="Arial"/>
              </w:rPr>
              <w:t>istiyorum</w:t>
            </w:r>
            <w:r w:rsidRPr="000B53E6">
              <w:rPr>
                <w:rFonts w:ascii="Arial" w:hAnsi="Arial" w:cs="Arial"/>
              </w:rPr>
              <w:t>.</w:t>
            </w:r>
            <w:r w:rsidR="000B53E6">
              <w:rPr>
                <w:rFonts w:ascii="Arial" w:hAnsi="Arial" w:cs="Arial"/>
              </w:rPr>
              <w:t xml:space="preserve"> </w:t>
            </w:r>
            <w:r w:rsidRPr="000B53E6">
              <w:rPr>
                <w:rFonts w:ascii="Arial" w:hAnsi="Arial" w:cs="Arial"/>
              </w:rPr>
              <w:t>Kişisel Verilerin Korunması Kanunu Md. 11/1 (ç)</w:t>
            </w:r>
          </w:p>
        </w:tc>
        <w:tc>
          <w:tcPr>
            <w:tcW w:w="0" w:type="auto"/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03063C" w:rsidRPr="000B53E6" w:rsidTr="000B53E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  <w:bCs/>
              </w:rPr>
              <w:lastRenderedPageBreak/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B53E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</w:rPr>
              <w:t>Kişisel verilerimin eksik</w:t>
            </w:r>
            <w:r w:rsidR="000B53E6">
              <w:rPr>
                <w:rFonts w:ascii="Arial" w:hAnsi="Arial" w:cs="Arial"/>
              </w:rPr>
              <w:t xml:space="preserve"> </w:t>
            </w:r>
            <w:r w:rsidRPr="000B53E6">
              <w:rPr>
                <w:rFonts w:ascii="Arial" w:hAnsi="Arial" w:cs="Arial"/>
              </w:rPr>
              <w:t>vey</w:t>
            </w:r>
            <w:r w:rsidR="000B53E6">
              <w:rPr>
                <w:rFonts w:ascii="Arial" w:hAnsi="Arial" w:cs="Arial"/>
              </w:rPr>
              <w:t xml:space="preserve">a yanlış işlendiği </w:t>
            </w:r>
            <w:r w:rsidRPr="000B53E6">
              <w:rPr>
                <w:rFonts w:ascii="Arial" w:hAnsi="Arial" w:cs="Arial"/>
              </w:rPr>
              <w:t>düşünüyorum ve</w:t>
            </w:r>
            <w:r w:rsidR="000B53E6">
              <w:rPr>
                <w:rFonts w:ascii="Arial" w:hAnsi="Arial" w:cs="Arial"/>
              </w:rPr>
              <w:t xml:space="preserve"> </w:t>
            </w:r>
            <w:r w:rsidRPr="000B53E6">
              <w:rPr>
                <w:rFonts w:ascii="Arial" w:hAnsi="Arial" w:cs="Arial"/>
              </w:rPr>
              <w:t xml:space="preserve">bunların </w:t>
            </w:r>
            <w:r w:rsidR="000B53E6" w:rsidRPr="000B53E6">
              <w:rPr>
                <w:rFonts w:ascii="Arial" w:hAnsi="Arial" w:cs="Arial"/>
              </w:rPr>
              <w:t>düzeltilmesini</w:t>
            </w:r>
            <w:r w:rsidRPr="000B53E6">
              <w:rPr>
                <w:rFonts w:ascii="Arial" w:hAnsi="Arial" w:cs="Arial"/>
              </w:rPr>
              <w:t xml:space="preserve"> </w:t>
            </w:r>
            <w:r w:rsidR="000B53E6" w:rsidRPr="000B53E6">
              <w:rPr>
                <w:rFonts w:ascii="Arial" w:hAnsi="Arial" w:cs="Arial"/>
              </w:rPr>
              <w:t>istiyorum</w:t>
            </w:r>
            <w:r w:rsidRPr="000B53E6">
              <w:rPr>
                <w:rFonts w:ascii="Arial" w:hAnsi="Arial" w:cs="Arial"/>
              </w:rPr>
              <w:t>.</w:t>
            </w:r>
            <w:r w:rsidRPr="000B53E6">
              <w:rPr>
                <w:rFonts w:ascii="Arial" w:hAnsi="Arial" w:cs="Arial"/>
              </w:rPr>
              <w:br/>
            </w:r>
            <w:proofErr w:type="gramStart"/>
            <w:r w:rsidRPr="000B53E6">
              <w:rPr>
                <w:rFonts w:ascii="Arial" w:hAnsi="Arial" w:cs="Arial"/>
              </w:rPr>
              <w:t>(</w:t>
            </w:r>
            <w:proofErr w:type="gramEnd"/>
            <w:r w:rsidR="000B53E6" w:rsidRPr="000B53E6">
              <w:rPr>
                <w:rFonts w:ascii="Arial" w:hAnsi="Arial" w:cs="Arial"/>
              </w:rPr>
              <w:t>Düzeltilmesini</w:t>
            </w:r>
            <w:r w:rsidRPr="000B53E6">
              <w:rPr>
                <w:rFonts w:ascii="Arial" w:hAnsi="Arial" w:cs="Arial"/>
              </w:rPr>
              <w:t xml:space="preserve"> istediğiniz kişisel verinizi "Seçiminiz"</w:t>
            </w:r>
            <w:r w:rsidR="000B53E6">
              <w:rPr>
                <w:rFonts w:ascii="Arial" w:hAnsi="Arial" w:cs="Arial"/>
              </w:rPr>
              <w:t xml:space="preserve"> </w:t>
            </w:r>
            <w:r w:rsidRPr="000B53E6">
              <w:rPr>
                <w:rFonts w:ascii="Arial" w:hAnsi="Arial" w:cs="Arial"/>
              </w:rPr>
              <w:t>alanına</w:t>
            </w:r>
            <w:r w:rsidR="000B53E6">
              <w:rPr>
                <w:rFonts w:ascii="Arial" w:hAnsi="Arial" w:cs="Arial"/>
              </w:rPr>
              <w:t xml:space="preserve"> </w:t>
            </w:r>
            <w:r w:rsidRPr="000B53E6">
              <w:rPr>
                <w:rFonts w:ascii="Arial" w:hAnsi="Arial" w:cs="Arial"/>
              </w:rPr>
              <w:t>yazınız ve d</w:t>
            </w:r>
            <w:r w:rsidR="000B53E6">
              <w:rPr>
                <w:rFonts w:ascii="Arial" w:hAnsi="Arial" w:cs="Arial"/>
              </w:rPr>
              <w:t xml:space="preserve">oğru ve tamamlayıcı bilgilerini </w:t>
            </w:r>
            <w:r w:rsidRPr="000B53E6">
              <w:rPr>
                <w:rFonts w:ascii="Arial" w:hAnsi="Arial" w:cs="Arial"/>
              </w:rPr>
              <w:t>gösteren belgeleri ek</w:t>
            </w:r>
            <w:r w:rsidR="000B53E6">
              <w:rPr>
                <w:rFonts w:ascii="Arial" w:hAnsi="Arial" w:cs="Arial"/>
              </w:rPr>
              <w:t xml:space="preserve"> </w:t>
            </w:r>
            <w:r w:rsidRPr="000B53E6">
              <w:rPr>
                <w:rFonts w:ascii="Arial" w:hAnsi="Arial" w:cs="Arial"/>
              </w:rPr>
              <w:t>olarak gönderiniz. (Nüfus cüzdanı fotokopisi, ikametgâh gib</w:t>
            </w:r>
            <w:r w:rsidR="000B53E6">
              <w:rPr>
                <w:rFonts w:ascii="Arial" w:hAnsi="Arial" w:cs="Arial"/>
              </w:rPr>
              <w:t>i)</w:t>
            </w:r>
            <w:r w:rsidRPr="000B53E6">
              <w:rPr>
                <w:rFonts w:ascii="Arial" w:hAnsi="Arial" w:cs="Arial"/>
              </w:rPr>
              <w:br/>
              <w:t>Kişisel Verilerin Korunması Kanunu Md. 11/1 (d)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3C" w:rsidRPr="000B53E6" w:rsidRDefault="000B53E6" w:rsidP="0003063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</w:rPr>
              <w:t>Düzel</w:t>
            </w:r>
            <w:bookmarkStart w:id="0" w:name="_GoBack"/>
            <w:bookmarkEnd w:id="0"/>
            <w:r w:rsidRPr="000B53E6">
              <w:rPr>
                <w:rFonts w:ascii="Arial" w:hAnsi="Arial" w:cs="Arial"/>
              </w:rPr>
              <w:t>tilecek</w:t>
            </w:r>
            <w:r w:rsidR="0003063C" w:rsidRPr="000B53E6">
              <w:rPr>
                <w:rFonts w:ascii="Arial" w:hAnsi="Arial" w:cs="Arial"/>
              </w:rPr>
              <w:t xml:space="preserve"> veri;</w:t>
            </w:r>
          </w:p>
        </w:tc>
      </w:tr>
      <w:tr w:rsidR="0003063C" w:rsidRPr="000B53E6" w:rsidTr="000B53E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B53E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E6" w:rsidRPr="000B53E6" w:rsidRDefault="0003063C" w:rsidP="000B53E6">
            <w:pPr>
              <w:spacing w:after="0" w:line="360" w:lineRule="auto"/>
              <w:jc w:val="center"/>
              <w:rPr>
                <w:rFonts w:ascii="Arial" w:hAnsi="Arial" w:cs="Arial"/>
                <w:sz w:val="20"/>
              </w:rPr>
            </w:pPr>
            <w:r w:rsidRPr="000B53E6">
              <w:rPr>
                <w:rFonts w:ascii="Arial" w:hAnsi="Arial" w:cs="Arial"/>
                <w:sz w:val="20"/>
              </w:rPr>
              <w:t>Kişisel verilerimin kanun ve</w:t>
            </w:r>
            <w:r w:rsidR="000B53E6" w:rsidRPr="000B53E6">
              <w:rPr>
                <w:rFonts w:ascii="Arial" w:hAnsi="Arial" w:cs="Arial"/>
                <w:sz w:val="20"/>
              </w:rPr>
              <w:t xml:space="preserve"> ilgili diğer kanun </w:t>
            </w:r>
            <w:r w:rsidRPr="000B53E6">
              <w:rPr>
                <w:rFonts w:ascii="Arial" w:hAnsi="Arial" w:cs="Arial"/>
                <w:sz w:val="20"/>
              </w:rPr>
              <w:t>hükümlerine</w:t>
            </w:r>
            <w:r w:rsidR="000B53E6" w:rsidRPr="000B53E6">
              <w:rPr>
                <w:rFonts w:ascii="Arial" w:hAnsi="Arial" w:cs="Arial"/>
                <w:sz w:val="20"/>
              </w:rPr>
              <w:t xml:space="preserve"> </w:t>
            </w:r>
            <w:r w:rsidRPr="000B53E6">
              <w:rPr>
                <w:rFonts w:ascii="Arial" w:hAnsi="Arial" w:cs="Arial"/>
                <w:sz w:val="20"/>
              </w:rPr>
              <w:t>uygun olarak işlenmiş olmasına rağmen,</w:t>
            </w:r>
            <w:r w:rsidR="000B53E6" w:rsidRPr="000B53E6">
              <w:rPr>
                <w:rFonts w:ascii="Arial" w:hAnsi="Arial" w:cs="Arial"/>
                <w:sz w:val="20"/>
              </w:rPr>
              <w:t xml:space="preserve"> </w:t>
            </w:r>
            <w:r w:rsidRPr="000B53E6">
              <w:rPr>
                <w:rFonts w:ascii="Arial" w:hAnsi="Arial" w:cs="Arial"/>
                <w:sz w:val="20"/>
              </w:rPr>
              <w:t xml:space="preserve">işlenmesini </w:t>
            </w:r>
            <w:r w:rsidR="000B53E6" w:rsidRPr="000B53E6">
              <w:rPr>
                <w:rFonts w:ascii="Arial" w:hAnsi="Arial" w:cs="Arial"/>
                <w:sz w:val="20"/>
              </w:rPr>
              <w:t xml:space="preserve">gerektiren </w:t>
            </w:r>
            <w:r w:rsidRPr="000B53E6">
              <w:rPr>
                <w:rFonts w:ascii="Arial" w:hAnsi="Arial" w:cs="Arial"/>
                <w:sz w:val="20"/>
              </w:rPr>
              <w:t xml:space="preserve">sebeplerin ortadan </w:t>
            </w:r>
            <w:r w:rsidR="000B53E6" w:rsidRPr="000B53E6">
              <w:rPr>
                <w:rFonts w:ascii="Arial" w:hAnsi="Arial" w:cs="Arial"/>
                <w:sz w:val="20"/>
              </w:rPr>
              <w:t xml:space="preserve">kalktığını düşünüyorum ve bu </w:t>
            </w:r>
            <w:r w:rsidRPr="000B53E6">
              <w:rPr>
                <w:rFonts w:ascii="Arial" w:hAnsi="Arial" w:cs="Arial"/>
                <w:sz w:val="20"/>
              </w:rPr>
              <w:t>çerçevede</w:t>
            </w:r>
            <w:r w:rsidR="000B53E6" w:rsidRPr="000B53E6">
              <w:rPr>
                <w:rFonts w:ascii="Arial" w:hAnsi="Arial" w:cs="Arial"/>
                <w:sz w:val="20"/>
              </w:rPr>
              <w:t xml:space="preserve"> </w:t>
            </w:r>
            <w:r w:rsidRPr="000B53E6">
              <w:rPr>
                <w:rFonts w:ascii="Arial" w:hAnsi="Arial" w:cs="Arial"/>
                <w:sz w:val="20"/>
              </w:rPr>
              <w:t>kişisel verilerimin;</w:t>
            </w:r>
            <w:r w:rsidR="000B53E6" w:rsidRPr="000B53E6">
              <w:rPr>
                <w:rFonts w:ascii="Arial" w:hAnsi="Arial" w:cs="Arial"/>
                <w:sz w:val="20"/>
              </w:rPr>
              <w:t xml:space="preserve"> </w:t>
            </w:r>
          </w:p>
          <w:p w:rsidR="000B53E6" w:rsidRPr="000B53E6" w:rsidRDefault="000B53E6" w:rsidP="000B53E6">
            <w:pPr>
              <w:spacing w:after="0" w:line="360" w:lineRule="auto"/>
              <w:jc w:val="center"/>
              <w:rPr>
                <w:rFonts w:ascii="Arial" w:hAnsi="Arial" w:cs="Arial"/>
                <w:sz w:val="20"/>
              </w:rPr>
            </w:pPr>
            <w:r w:rsidRPr="000B53E6">
              <w:rPr>
                <w:rFonts w:ascii="Arial" w:hAnsi="Arial" w:cs="Arial"/>
                <w:sz w:val="20"/>
              </w:rPr>
              <w:t xml:space="preserve">a) Silinmesini talep </w:t>
            </w:r>
            <w:r w:rsidR="0003063C" w:rsidRPr="000B53E6">
              <w:rPr>
                <w:rFonts w:ascii="Arial" w:hAnsi="Arial" w:cs="Arial"/>
                <w:sz w:val="20"/>
              </w:rPr>
              <w:t>ediyorum.</w:t>
            </w:r>
            <w:r w:rsidRPr="000B53E6">
              <w:rPr>
                <w:rFonts w:ascii="Arial" w:hAnsi="Arial" w:cs="Arial"/>
                <w:sz w:val="20"/>
              </w:rPr>
              <w:t xml:space="preserve"> </w:t>
            </w:r>
          </w:p>
          <w:p w:rsidR="000B53E6" w:rsidRPr="000B53E6" w:rsidRDefault="0003063C" w:rsidP="000B53E6">
            <w:pPr>
              <w:spacing w:after="0" w:line="360" w:lineRule="auto"/>
              <w:jc w:val="center"/>
              <w:rPr>
                <w:rFonts w:ascii="Arial" w:hAnsi="Arial" w:cs="Arial"/>
                <w:sz w:val="20"/>
              </w:rPr>
            </w:pPr>
            <w:r w:rsidRPr="000B53E6">
              <w:rPr>
                <w:rFonts w:ascii="Arial" w:hAnsi="Arial" w:cs="Arial"/>
                <w:sz w:val="20"/>
              </w:rPr>
              <w:t>b) Yok edilmesini talep</w:t>
            </w:r>
            <w:r w:rsidR="000B53E6" w:rsidRPr="000B53E6">
              <w:rPr>
                <w:rFonts w:ascii="Arial" w:hAnsi="Arial" w:cs="Arial"/>
                <w:sz w:val="20"/>
              </w:rPr>
              <w:t xml:space="preserve"> </w:t>
            </w:r>
            <w:r w:rsidRPr="000B53E6">
              <w:rPr>
                <w:rFonts w:ascii="Arial" w:hAnsi="Arial" w:cs="Arial"/>
                <w:sz w:val="20"/>
              </w:rPr>
              <w:t>ediyorum.</w:t>
            </w:r>
          </w:p>
          <w:p w:rsidR="0003063C" w:rsidRPr="000B53E6" w:rsidRDefault="0003063C" w:rsidP="000B53E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  <w:sz w:val="20"/>
              </w:rPr>
              <w:t xml:space="preserve">c) Anonim hale </w:t>
            </w:r>
            <w:proofErr w:type="spellStart"/>
            <w:r w:rsidRPr="000B53E6">
              <w:rPr>
                <w:rFonts w:ascii="Arial" w:hAnsi="Arial" w:cs="Arial"/>
                <w:sz w:val="20"/>
              </w:rPr>
              <w:t>getrilmesini</w:t>
            </w:r>
            <w:proofErr w:type="spellEnd"/>
            <w:r w:rsidRPr="000B53E6">
              <w:rPr>
                <w:rFonts w:ascii="Arial" w:hAnsi="Arial" w:cs="Arial"/>
                <w:sz w:val="20"/>
              </w:rPr>
              <w:t xml:space="preserve"> talep ediyorum.</w:t>
            </w:r>
            <w:r w:rsidRPr="000B53E6">
              <w:rPr>
                <w:rFonts w:ascii="Arial" w:hAnsi="Arial" w:cs="Arial"/>
                <w:sz w:val="20"/>
              </w:rPr>
              <w:br/>
              <w:t>Kişisel Verilerin Korunması Kanunu Md. 11/1 (e)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63C" w:rsidRPr="000B53E6" w:rsidRDefault="0003063C" w:rsidP="000B53E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B53E6">
              <w:rPr>
                <w:rFonts w:ascii="Arial" w:hAnsi="Arial" w:cs="Arial"/>
              </w:rPr>
              <w:t>Sadece bir şık işaretlenebilir.</w:t>
            </w:r>
            <w:r w:rsidRPr="000B53E6">
              <w:rPr>
                <w:rFonts w:ascii="Arial" w:hAnsi="Arial" w:cs="Arial"/>
              </w:rPr>
              <w:br/>
              <w:t xml:space="preserve">a) </w:t>
            </w:r>
            <w:r w:rsidRPr="000B53E6">
              <w:rPr>
                <w:rFonts w:ascii="Segoe UI Symbol" w:hAnsi="Segoe UI Symbol" w:cs="Segoe UI Symbol"/>
              </w:rPr>
              <w:t>☐</w:t>
            </w:r>
            <w:r w:rsidRPr="000B53E6">
              <w:rPr>
                <w:rFonts w:ascii="Arial" w:hAnsi="Arial" w:cs="Arial"/>
              </w:rPr>
              <w:br/>
              <w:t xml:space="preserve">b) </w:t>
            </w:r>
            <w:r w:rsidRPr="000B53E6">
              <w:rPr>
                <w:rFonts w:ascii="Segoe UI Symbol" w:hAnsi="Segoe UI Symbol" w:cs="Segoe UI Symbol"/>
              </w:rPr>
              <w:t>☐</w:t>
            </w:r>
            <w:r w:rsidRPr="000B53E6">
              <w:rPr>
                <w:rFonts w:ascii="Arial" w:hAnsi="Arial" w:cs="Arial"/>
              </w:rPr>
              <w:br/>
              <w:t xml:space="preserve">c) </w:t>
            </w:r>
            <w:r w:rsidRPr="000B53E6">
              <w:rPr>
                <w:rFonts w:ascii="Segoe UI Symbol" w:hAnsi="Segoe UI Symbol" w:cs="Segoe UI Symbol"/>
              </w:rPr>
              <w:t>☐</w:t>
            </w:r>
          </w:p>
        </w:tc>
      </w:tr>
    </w:tbl>
    <w:p w:rsidR="00B05584" w:rsidRPr="0003063C" w:rsidRDefault="00B05584" w:rsidP="0003063C">
      <w:pPr>
        <w:spacing w:after="0"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</w:p>
    <w:sectPr w:rsidR="00B05584" w:rsidRPr="0003063C" w:rsidSect="000B53E6">
      <w:pgSz w:w="12240" w:h="15840"/>
      <w:pgMar w:top="993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7F94C1F6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0C81900"/>
    <w:multiLevelType w:val="hybridMultilevel"/>
    <w:tmpl w:val="BB903A2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063C"/>
    <w:rsid w:val="00034616"/>
    <w:rsid w:val="0006063C"/>
    <w:rsid w:val="000B53E6"/>
    <w:rsid w:val="00147428"/>
    <w:rsid w:val="0015074B"/>
    <w:rsid w:val="00220ECE"/>
    <w:rsid w:val="0029639D"/>
    <w:rsid w:val="00326F90"/>
    <w:rsid w:val="00AA1D8D"/>
    <w:rsid w:val="00B0558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0276113-DDED-420C-AE40-80D315853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4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77F06F-3C3F-4670-B017-433DB6691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4526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2013-12-23T23:15:00Z</dcterms:created>
  <dcterms:modified xsi:type="dcterms:W3CDTF">2026-08-05T13:36:00Z</dcterms:modified>
  <cp:category/>
</cp:coreProperties>
</file>